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4A378" w14:textId="77777777" w:rsidR="00F45B98" w:rsidRDefault="007F6C8B">
      <w:pPr>
        <w:pStyle w:val="aa"/>
        <w:jc w:val="center"/>
      </w:pPr>
      <w:r>
        <w:t>Публичная оферта Velix</w:t>
      </w:r>
    </w:p>
    <w:p w14:paraId="0560155A" w14:textId="77777777" w:rsidR="00F45B98" w:rsidRDefault="007F6C8B">
      <w:r>
        <w:t>г. Ставрополь</w:t>
      </w:r>
      <w:r>
        <w:br/>
        <w:t>Редакция от 14 сентября 2026 года</w:t>
      </w:r>
      <w:r>
        <w:br/>
        <w:t>Действующая редакция Договора-оферты размещается по адресу https://velixrent.ru</w:t>
      </w:r>
    </w:p>
    <w:p w14:paraId="521FE09B" w14:textId="77777777" w:rsidR="00F45B98" w:rsidRDefault="007F6C8B">
      <w:pPr>
        <w:jc w:val="both"/>
      </w:pPr>
      <w:r>
        <w:t xml:space="preserve">Настоящий договор о предоставлении права владения и пользования имуществом Velix (далее – </w:t>
      </w:r>
      <w:r>
        <w:t>Договор) заключается между Индивидуальным предпринимателем Мурыгиным Максимом Викторовичем (ИНН:262311409795), в лице Мурыгина Максима Викторовича, именуемым в дальнейшем «Компания» и присоединившейся стороной, именуемой в дальнейшем «Пользователь», руково</w:t>
      </w:r>
      <w:r>
        <w:t>дствуясь положениями статей 421, 428 Гражданского кодекса Российской Федерации, о нижеследующем.</w:t>
      </w:r>
    </w:p>
    <w:p w14:paraId="2BF87C04" w14:textId="77777777" w:rsidR="00F45B98" w:rsidRDefault="007F6C8B">
      <w:pPr>
        <w:jc w:val="both"/>
      </w:pPr>
      <w:r>
        <w:t>Используя Сервис Velix, Вы соглашаетесь с тем, что ознакомились с условиями Договора, принимаете их и подтверждаете свое согласие на заключение Договора.</w:t>
      </w:r>
    </w:p>
    <w:p w14:paraId="76BA79E5" w14:textId="77777777" w:rsidR="00F45B98" w:rsidRDefault="007F6C8B">
      <w:pPr>
        <w:jc w:val="both"/>
      </w:pPr>
      <w:r>
        <w:t>Внима</w:t>
      </w:r>
      <w:r>
        <w:t>тельно прочитайте текст данного Договора и, если Вы не согласны с каким-либо пунктом Договора, предлагаем Вам отказаться от каких-либо действий необходимых для акцепта.</w:t>
      </w:r>
    </w:p>
    <w:p w14:paraId="6AE33B3A" w14:textId="77777777" w:rsidR="00F45B98" w:rsidRDefault="007F6C8B">
      <w:pPr>
        <w:jc w:val="both"/>
      </w:pPr>
      <w:r>
        <w:t>В соответствии с пунктом 2 статьи 437 ГК РФ, в случае принятия изложенных ниже условий,</w:t>
      </w:r>
      <w:r>
        <w:t xml:space="preserve"> лицо, производящее акцепт этой оферты, становится Пользователем (в соответствии с пунктом 3 статьи 438 ГК РФ акцепт оферты равносилен заключению договора на условиях, изложенных в оферте).</w:t>
      </w:r>
    </w:p>
    <w:p w14:paraId="2A6415C9" w14:textId="77777777" w:rsidR="00F45B98" w:rsidRDefault="007F6C8B">
      <w:pPr>
        <w:jc w:val="both"/>
      </w:pPr>
      <w:r>
        <w:t>Полным и безоговорочным акцептом настоящей оферты является осущест</w:t>
      </w:r>
      <w:r>
        <w:t>вление Пользователем оплаты согласно условиям настоящего Договора в размере, определяемом в рамках приложенных тарифов.</w:t>
      </w:r>
    </w:p>
    <w:p w14:paraId="5CA48148" w14:textId="77777777" w:rsidR="00F45B98" w:rsidRDefault="007F6C8B">
      <w:pPr>
        <w:jc w:val="both"/>
      </w:pPr>
      <w:r>
        <w:t>Осуществляя оплату, Пользователь акцептует Оферту, гарантируя, что ознакомлен и принимает все условия Оферты в том виде, в каком они изл</w:t>
      </w:r>
      <w:r>
        <w:t>ожены в тексте настоящего Договора.</w:t>
      </w:r>
    </w:p>
    <w:p w14:paraId="2E008904" w14:textId="77777777" w:rsidR="00F45B98" w:rsidRDefault="007F6C8B">
      <w:pPr>
        <w:jc w:val="both"/>
      </w:pPr>
      <w:r>
        <w:t>Компания вправе публиковать измененную редакцию Оферты на сайте https://velixrent.ru для заключения новых договоров. К ранее заключенным договорам изменения применяются по соглашению Сторон либо в случаях, прямо предусмо</w:t>
      </w:r>
      <w:r>
        <w:t>тренных законом. Изменения не имеют обратной силы. Порядок утверждения и применения прайс-листа на запасные части и ремонт установлен пунктом 6.10 Договора. Настоящая Оферта является открытым и общедоступным документом.</w:t>
      </w:r>
    </w:p>
    <w:p w14:paraId="65951A78" w14:textId="77777777" w:rsidR="00F45B98" w:rsidRDefault="007F6C8B">
      <w:pPr>
        <w:pStyle w:val="1"/>
      </w:pPr>
      <w:r>
        <w:t>1. ТЕРМИНЫ И ОПРЕДЕЛЕНИЯ</w:t>
      </w:r>
    </w:p>
    <w:p w14:paraId="24255A64" w14:textId="77777777" w:rsidR="00F45B98" w:rsidRDefault="007F6C8B">
      <w:pPr>
        <w:jc w:val="both"/>
      </w:pPr>
      <w:r>
        <w:t>1.1. В целя</w:t>
      </w:r>
      <w:r>
        <w:t>х настоящей Оферты нижеприведенные термины используются в следующих значениях:</w:t>
      </w:r>
    </w:p>
    <w:p w14:paraId="48097E47" w14:textId="77777777" w:rsidR="00F45B98" w:rsidRDefault="007F6C8B">
      <w:pPr>
        <w:jc w:val="both"/>
      </w:pPr>
      <w:r>
        <w:t>1.1.1. Акцепт – полное и безоговорочное принятие Пользователем предложения (оферты) о заключении Договора с Компанией на изложенных в настоящем документе условиях, правовым посл</w:t>
      </w:r>
      <w:r>
        <w:t>едствием которого является заключение такого Договора между Сторонами. Акцепт выражается Пользователем указанными в настоящей Оферте способами.</w:t>
      </w:r>
    </w:p>
    <w:p w14:paraId="2F3E3C5E" w14:textId="77777777" w:rsidR="00F45B98" w:rsidRDefault="007F6C8B">
      <w:pPr>
        <w:jc w:val="both"/>
      </w:pPr>
      <w:r>
        <w:t>1.1.2. Аренда (либо Прокат) – предоставляемое Компанией Пользователю в соответствии с Договором право владения и</w:t>
      </w:r>
      <w:r>
        <w:t xml:space="preserve"> пользования СИМ в соответствии с его целевым назначением, с момента начала Аренды/Проката до момента завершения Аренды/ Проката, по правилам, </w:t>
      </w:r>
      <w:r>
        <w:lastRenderedPageBreak/>
        <w:t>определенным Договором. Для целей Договора термины «Прокат» и «Аренда» используются как равнозначные.</w:t>
      </w:r>
    </w:p>
    <w:p w14:paraId="019E9C12" w14:textId="77777777" w:rsidR="00F45B98" w:rsidRDefault="007F6C8B">
      <w:pPr>
        <w:jc w:val="both"/>
      </w:pPr>
      <w:r>
        <w:t>1.1.3. Беза</w:t>
      </w:r>
      <w:r>
        <w:t>кцептное списание – списание денежных средств с банковской карты, указанной Пользователем во исполнение условий Договора. Списание денежных средств производится без получения дополнительного согласия со стороны Пользователя, по правилам и в порядке, предус</w:t>
      </w:r>
      <w:r>
        <w:t>мотренными действующим законодательством и настоящим Договором.</w:t>
      </w:r>
    </w:p>
    <w:p w14:paraId="3CD621AD" w14:textId="77777777" w:rsidR="00F45B98" w:rsidRDefault="007F6C8B">
      <w:pPr>
        <w:jc w:val="both"/>
      </w:pPr>
      <w:r>
        <w:t>1.1.4. Географическая зона — зона, включающая отдельный город (отдельную административно-территориальную единицу) работы сервиса Velix, в пределах которой возможна Аренда и использование серви</w:t>
      </w:r>
      <w:r>
        <w:t>са. Границы каждой Географической зоны определяются границами соответствующего города (административно-территориальной единицы), а именно: г. Ставрополь, г. Михайловск.</w:t>
      </w:r>
    </w:p>
    <w:p w14:paraId="7DD6BA18" w14:textId="77777777" w:rsidR="00F45B98" w:rsidRDefault="007F6C8B">
      <w:pPr>
        <w:jc w:val="both"/>
      </w:pPr>
      <w:r>
        <w:t>1.1.5. Договор — договор между Компанией и Пользователем, заключенный на изложенных в н</w:t>
      </w:r>
      <w:r>
        <w:t>астоящей Оферте условиях путем Акцепта Пользователем Оферты. По своей правовой природе Договор включает в себя элементы договора краткосрочной аренды СИМ.</w:t>
      </w:r>
    </w:p>
    <w:p w14:paraId="31AE24A1" w14:textId="77777777" w:rsidR="00F45B98" w:rsidRDefault="007F6C8B">
      <w:pPr>
        <w:jc w:val="both"/>
      </w:pPr>
      <w:r>
        <w:t>1.1.6. Клиентская поддержка — служба поддержки Компании, оказывающая информационную помощь Пользовате</w:t>
      </w:r>
      <w:r>
        <w:t>лю в случае его обращения посредством телефонной связи или путём направления обращения на адрес электронной почты.</w:t>
      </w:r>
    </w:p>
    <w:p w14:paraId="00BFFC59" w14:textId="77777777" w:rsidR="00F45B98" w:rsidRDefault="007F6C8B">
      <w:pPr>
        <w:jc w:val="both"/>
      </w:pPr>
      <w:r>
        <w:t>1.1.7. ПДД — утвержденные Постановлением Правительства РФ от 23.10.1993 N 1090 (со всеми последующими изменениями и дополнениями) Правила дор</w:t>
      </w:r>
      <w:r>
        <w:t>ожного движения. Ссылка на ПДД в настоящей Оферте означает ссылку на действующую на текущий момент редакцию ПДД (либо в случае, когда в соответствии с действующим законодательством применению подлежит иная редакция ПДД, – ссылку на соответствующую подлежащ</w:t>
      </w:r>
      <w:r>
        <w:t>ую применению редакцию ПДД).</w:t>
      </w:r>
    </w:p>
    <w:p w14:paraId="60409D39" w14:textId="77777777" w:rsidR="00F45B98" w:rsidRDefault="007F6C8B">
      <w:pPr>
        <w:jc w:val="both"/>
      </w:pPr>
      <w:r>
        <w:t>1.1.8. Персональные данные — любая информация, относящаяся к Пользователю, в том числе его фамилия, имя, отчество, год, месяц, дата и место рождения, адрес, паспортные данные, а также данные иного документа, удостоверяющего лич</w:t>
      </w:r>
      <w:r>
        <w:t>ность субъекта персональных данных, контактные телефоны, e-mail и прочие сведения, признаваемый персональными данными в соответствии с действующим законодательством Российской Федерации и которые могут стать известными Компании при заключении, исполнении и</w:t>
      </w:r>
      <w:r>
        <w:t>/или прекращении Договора.</w:t>
      </w:r>
    </w:p>
    <w:p w14:paraId="29DC8B12" w14:textId="77777777" w:rsidR="00F45B98" w:rsidRDefault="007F6C8B">
      <w:pPr>
        <w:jc w:val="both"/>
      </w:pPr>
      <w:r>
        <w:t>1.1.9. Пользователь — физическое лицо (гражданин РФ, иностранный гражданин, лицо без гражданства), достигшее возраста 18 лет, не состоящее под опекой, не ограниченное судом в дееспособности и не имеющее особенностей состояния здо</w:t>
      </w:r>
      <w:r>
        <w:t>ровья, объективно препятствующих безопасному использованию СИМ (включая состояния, которые являются медицинскими противопоказаниями для управления транспортным средством), принимающее (акцептующее) настоящую Оферту и в результате акцепта являющееся Стороно</w:t>
      </w:r>
      <w:r>
        <w:t>й Договора.</w:t>
      </w:r>
    </w:p>
    <w:p w14:paraId="0CCFFE0B" w14:textId="77777777" w:rsidR="00F45B98" w:rsidRDefault="007F6C8B">
      <w:pPr>
        <w:jc w:val="both"/>
      </w:pPr>
      <w:r>
        <w:t>1.1.10. Средство индивидуальной мобильности (также «СИМ») – термин, включающий в себя понятия Электросамоката и/или Электровелосипеда.</w:t>
      </w:r>
    </w:p>
    <w:p w14:paraId="2251B0EF" w14:textId="77777777" w:rsidR="00F45B98" w:rsidRDefault="007F6C8B">
      <w:pPr>
        <w:jc w:val="both"/>
      </w:pPr>
      <w:r>
        <w:t>1.1.11. Тарифы – условия, устанавливающие размер вознаграждения Компании по Договору, включающего плату за ар</w:t>
      </w:r>
      <w:r>
        <w:t>енду СИМ. Тарифы доступны в Приложении №1 к настоящему Договору.</w:t>
      </w:r>
    </w:p>
    <w:p w14:paraId="32FD787F" w14:textId="77777777" w:rsidR="00F45B98" w:rsidRDefault="007F6C8B">
      <w:pPr>
        <w:jc w:val="both"/>
      </w:pPr>
      <w:r>
        <w:lastRenderedPageBreak/>
        <w:t>1.1.12. Электросамокат — электросамокат Velix, предоставляемый во временное владение и пользование Пользователю в соответствии с Договором. Компания вправе использовать технические средства и</w:t>
      </w:r>
      <w:r>
        <w:t xml:space="preserve"> устройства, предназначенные для удалённого мониторинга движения электросамоката (GPS, Глонасс), определения его местоположения, скорости, а также технические средства и устройства для удалённой блокировки электросамоката.</w:t>
      </w:r>
    </w:p>
    <w:p w14:paraId="41047867" w14:textId="77777777" w:rsidR="00F45B98" w:rsidRDefault="007F6C8B">
      <w:pPr>
        <w:jc w:val="both"/>
      </w:pPr>
      <w:r>
        <w:t>1.1.13. Электровелосипед — электр</w:t>
      </w:r>
      <w:r>
        <w:t>овелосипед Velix, предоставляемый во временное владение и пользование Пользователю в соответствии с Договором. Компания вправе использовать технические средства и устройства, предназначенные для удалённого мониторинга движения электровелосипеда (GPS, Глона</w:t>
      </w:r>
      <w:r>
        <w:t>сс), определения его местоположения, скорости, а также технические средства и устройства для удалённой блокировки электровелосипеда.</w:t>
      </w:r>
    </w:p>
    <w:p w14:paraId="638BE035" w14:textId="77777777" w:rsidR="00F45B98" w:rsidRDefault="007F6C8B">
      <w:pPr>
        <w:jc w:val="both"/>
      </w:pPr>
      <w:r>
        <w:t>1.1.14. Скоростной режим — значения максимальной скорости в любом случае не может превышать 25 км/ч.</w:t>
      </w:r>
    </w:p>
    <w:p w14:paraId="08253476" w14:textId="77777777" w:rsidR="00F45B98" w:rsidRDefault="007F6C8B">
      <w:pPr>
        <w:pStyle w:val="1"/>
      </w:pPr>
      <w:r>
        <w:t>2. ПРЕДМЕТ ДОГОВОРА</w:t>
      </w:r>
    </w:p>
    <w:p w14:paraId="165A593A" w14:textId="77777777" w:rsidR="00F45B98" w:rsidRDefault="007F6C8B">
      <w:pPr>
        <w:jc w:val="both"/>
      </w:pPr>
      <w:r>
        <w:t>2.</w:t>
      </w:r>
      <w:r>
        <w:t>1. По Договору Компания предоставляет Пользователю право владения и пользования СИМ Velix на условиях, установленных Договором, а Пользователь обязуется выплачивать Компании установленную плату в соответствии с условиями Договора и Тарифами (Приложение №1)</w:t>
      </w:r>
      <w:r>
        <w:t>.</w:t>
      </w:r>
    </w:p>
    <w:p w14:paraId="231DCF0D" w14:textId="77777777" w:rsidR="00F45B98" w:rsidRDefault="007F6C8B">
      <w:pPr>
        <w:jc w:val="both"/>
      </w:pPr>
      <w:r>
        <w:t>2.2. Пользователь вправе использовать СИМ только в пределах разрешенной географической зоны. За пределами указанной территории пользование СИМ не допускается и без дополнительного предупреждения со стороны Компании блокируется с помощью функционала СИМ.</w:t>
      </w:r>
    </w:p>
    <w:p w14:paraId="499CFC6A" w14:textId="77777777" w:rsidR="00F45B98" w:rsidRDefault="007F6C8B">
      <w:pPr>
        <w:pStyle w:val="1"/>
      </w:pPr>
      <w:r>
        <w:t>3. УСЛОВИЯ И ПОРЯДОК ЗАКЛЮЧЕНИЯ ДОГОВОРА</w:t>
      </w:r>
    </w:p>
    <w:p w14:paraId="268C4E6B" w14:textId="77777777" w:rsidR="00F45B98" w:rsidRDefault="007F6C8B">
      <w:pPr>
        <w:jc w:val="both"/>
      </w:pPr>
      <w:r>
        <w:t>3.1. Акцепт Оферты совершается Пользователем в электронной форме в порядке, установленном настоящим разделом Оферты, и влечет заключение Договора между Пользователем и Компанией.</w:t>
      </w:r>
    </w:p>
    <w:p w14:paraId="6FA92587" w14:textId="77777777" w:rsidR="00F45B98" w:rsidRDefault="007F6C8B">
      <w:pPr>
        <w:jc w:val="both"/>
      </w:pPr>
      <w:r>
        <w:t>3.2. Полным и безоговорочным акцепто</w:t>
      </w:r>
      <w:r>
        <w:t>м настоящей оферты является осуществление Пользователем оплаты согласно условиям настоящего Договора в размере, определяемом в рамках приложенных тарифов.</w:t>
      </w:r>
    </w:p>
    <w:p w14:paraId="471190E5" w14:textId="77777777" w:rsidR="00F45B98" w:rsidRDefault="007F6C8B">
      <w:pPr>
        <w:jc w:val="both"/>
      </w:pPr>
      <w:r>
        <w:t>3.3. Осуществляя оплату, Пользователь акцептует Оферту, гарантируя, что ознакомлен и принимает все ус</w:t>
      </w:r>
      <w:r>
        <w:t>ловия Оферты в том виде, в каком они изложены в тексте настоящего Договора.</w:t>
      </w:r>
    </w:p>
    <w:p w14:paraId="07F08DEB" w14:textId="77777777" w:rsidR="00F45B98" w:rsidRDefault="007F6C8B">
      <w:pPr>
        <w:jc w:val="both"/>
      </w:pPr>
      <w:r>
        <w:t>3.4. Компания вправе публиковать измененную редакцию Оферты на сайте https://velixrent.ru для заключения новых договоров. К ранее заключенным договорам изменения применяются по сог</w:t>
      </w:r>
      <w:r>
        <w:t>лашению Сторон либо в случаях, прямо предусмотренных законом. Изменения не имеют обратной силы. Порядок утверждения и применения прайс-листа на запасные части и ремонт установлен пунктом 6.10 Договора. Настоящая Оферта является открытым и общедоступным док</w:t>
      </w:r>
      <w:r>
        <w:t>ументом.</w:t>
      </w:r>
    </w:p>
    <w:p w14:paraId="328112FD" w14:textId="77777777" w:rsidR="00F45B98" w:rsidRDefault="007F6C8B">
      <w:pPr>
        <w:jc w:val="both"/>
      </w:pPr>
      <w:r>
        <w:t>3.5. В целях использования возможности аренды СИМ, Пользователь в разделе «Способ оплаты» выбирает способ оплаты и указывает данные своей банковской карты. В целях подтверждения верности введения данных банковской карты на указанной карте блокируе</w:t>
      </w:r>
      <w:r>
        <w:t xml:space="preserve">тся сумма в размере до 12 (двенадцати) рублей. Успешная блокировка вышеуказанных денежных средств Компанией является одним из условий Акцепта </w:t>
      </w:r>
      <w:r>
        <w:lastRenderedPageBreak/>
        <w:t xml:space="preserve">настоящей Оферты. Данная денежная сумма не засчитывается в качестве арендной платы по Договору и разблокируется в </w:t>
      </w:r>
      <w:r>
        <w:t>течение суток. В случае возникновения у Компании сомнений в достоверности указанных Пользователем при регистрации данных, данных банковской карты, принадлежности банковской карты Пользователю, а также в соответствии лица, Компания вправе направить запрос л</w:t>
      </w:r>
      <w:r>
        <w:t>юбым доступным способом о предоставлении дополнительной информации о личности Пользователя, в том числе, фотографий страниц его паспорта, или иного документа, удостоверяющего личность, фотографий лицевой стороны банковской карты (без CVV/CVC).</w:t>
      </w:r>
    </w:p>
    <w:p w14:paraId="1CC24A9B" w14:textId="77777777" w:rsidR="00F45B98" w:rsidRDefault="007F6C8B">
      <w:pPr>
        <w:jc w:val="both"/>
      </w:pPr>
      <w:r>
        <w:t>3.6. Пользов</w:t>
      </w:r>
      <w:r>
        <w:t>атель обязан предоставить Компании информацию, запрошенную последним в соответствии с пунктом 3.5 Оферты. До предоставления Пользователем соответствующей информации в объеме, достаточном для устранения сомнений Компании:</w:t>
      </w:r>
    </w:p>
    <w:p w14:paraId="64B4D5DA" w14:textId="77777777" w:rsidR="00F45B98" w:rsidRDefault="007F6C8B">
      <w:pPr>
        <w:ind w:left="255" w:hanging="142"/>
        <w:jc w:val="both"/>
      </w:pPr>
      <w:r>
        <w:t>• если Договор с Пользователем в со</w:t>
      </w:r>
      <w:r>
        <w:t>ответствии с настоящим разделом 3 не был заключен, Акцепт не может считаться совершенным Пользователем, а Договор – заключенным;</w:t>
      </w:r>
    </w:p>
    <w:p w14:paraId="087CF938" w14:textId="77777777" w:rsidR="00F45B98" w:rsidRDefault="007F6C8B">
      <w:pPr>
        <w:ind w:left="255" w:hanging="142"/>
        <w:jc w:val="both"/>
      </w:pPr>
      <w:r>
        <w:t>• если Договор с Пользователем был заключен – Компания вправе произвести блокировку СИМ. После предоставления Пользователем все</w:t>
      </w:r>
      <w:r>
        <w:t>х необходимых документов доступ Пользователя к СИМ восстанавливается.</w:t>
      </w:r>
    </w:p>
    <w:p w14:paraId="3D7197D6" w14:textId="77777777" w:rsidR="00F45B98" w:rsidRDefault="007F6C8B">
      <w:pPr>
        <w:jc w:val="both"/>
      </w:pPr>
      <w:r>
        <w:t>3.7. У Пользователя открывается возможность выбора СИМ, которые в момент выбора доступны к дальнейшей аренде, а также подписывать акт приема передачи.</w:t>
      </w:r>
    </w:p>
    <w:p w14:paraId="49DAB2F3" w14:textId="77777777" w:rsidR="00F45B98" w:rsidRDefault="007F6C8B">
      <w:pPr>
        <w:jc w:val="both"/>
      </w:pPr>
      <w:r>
        <w:t xml:space="preserve">3.8. Посредством акцепта настоящей </w:t>
      </w:r>
      <w:r>
        <w:t>Оферты Пользователь подтверждает, что любые действия, осуществляемые под его учётной записью, совершены лично Пользователем. Все риски, связанные с несанкционированным использованием учётной записи, лежат на Пользователе.</w:t>
      </w:r>
    </w:p>
    <w:p w14:paraId="660FF5AF" w14:textId="77777777" w:rsidR="00F45B98" w:rsidRDefault="007F6C8B">
      <w:pPr>
        <w:jc w:val="both"/>
      </w:pPr>
      <w:r>
        <w:t>3.9. Лицо, акцептующее Оферту, дол</w:t>
      </w:r>
      <w:r>
        <w:t>жно соответствовать критериям, указанным в пункте 1.1.9 настоящей Оферты. В случае если Компанией будет установлено, что лицо, акцептующее (акцептовавшее) Оферту, не соответствует таким критериям, наступает одно из нижеуказанных правовых последствий:</w:t>
      </w:r>
    </w:p>
    <w:p w14:paraId="0D511983" w14:textId="77777777" w:rsidR="00F45B98" w:rsidRDefault="007F6C8B">
      <w:pPr>
        <w:ind w:left="255" w:hanging="142"/>
        <w:jc w:val="both"/>
      </w:pPr>
      <w:r>
        <w:t>• есл</w:t>
      </w:r>
      <w:r>
        <w:t>и на момент установления соответствующего обстоятельства Договор с соответствующим лицом не был заключен - Акцепт Оферты будет считаться несовершённым, а Договор – незаключённым, право аренды не предоставляется;</w:t>
      </w:r>
    </w:p>
    <w:p w14:paraId="7B4C6F62" w14:textId="77777777" w:rsidR="00F45B98" w:rsidRDefault="007F6C8B">
      <w:pPr>
        <w:ind w:left="255" w:hanging="142"/>
        <w:jc w:val="both"/>
      </w:pPr>
      <w:r>
        <w:t>• если на момент установления соответствующе</w:t>
      </w:r>
      <w:r>
        <w:t>го обстоятельства Договор с соответствующим лицом был заключен - Компания вправе незамедлительно отказаться от исполнения Договора в одностороннем порядке.</w:t>
      </w:r>
    </w:p>
    <w:p w14:paraId="3E59F6AA" w14:textId="77777777" w:rsidR="00F45B98" w:rsidRDefault="007F6C8B">
      <w:pPr>
        <w:pStyle w:val="1"/>
      </w:pPr>
      <w:r>
        <w:t>4. ПРАВА И ОБЯЗАННОСТИ СТОРОН</w:t>
      </w:r>
    </w:p>
    <w:p w14:paraId="1C58BF89" w14:textId="77777777" w:rsidR="00F45B98" w:rsidRDefault="007F6C8B">
      <w:pPr>
        <w:pStyle w:val="21"/>
      </w:pPr>
      <w:r>
        <w:t>4.1. Компания обязуется:</w:t>
      </w:r>
    </w:p>
    <w:p w14:paraId="13B8B434" w14:textId="77777777" w:rsidR="00F45B98" w:rsidRDefault="007F6C8B">
      <w:pPr>
        <w:jc w:val="both"/>
      </w:pPr>
      <w:r>
        <w:t>4.1.1. Обеспечить Пользователю доступ к сайту</w:t>
      </w:r>
      <w:r>
        <w:t xml:space="preserve"> в сети Интернет по адресу https://velixrent.ru и возможность его использовать в соответствии с условиями Договора за исключением случаев, предусмотренных Договором (в частности, пунктом 3.6, 3.9 настоящей Оферты);</w:t>
      </w:r>
    </w:p>
    <w:p w14:paraId="2FE5E2AB" w14:textId="77777777" w:rsidR="00F45B98" w:rsidRDefault="007F6C8B">
      <w:pPr>
        <w:jc w:val="both"/>
      </w:pPr>
      <w:r>
        <w:t>4.1.2. Предоставить Пользователю информац</w:t>
      </w:r>
      <w:r>
        <w:t>ию о СИМ, его основных технических характеристиках, размере арендных платежей и прочих условиях Договора;</w:t>
      </w:r>
    </w:p>
    <w:p w14:paraId="2135814E" w14:textId="77777777" w:rsidR="00F45B98" w:rsidRDefault="007F6C8B">
      <w:pPr>
        <w:jc w:val="both"/>
      </w:pPr>
      <w:r>
        <w:t>4.1.3. Предоставлять Пользователю во временное владение и пользование СИМ в технически исправном состоянии, развивающем максимальную скорость до 25 км</w:t>
      </w:r>
      <w:r>
        <w:t>/ч в пределах допустимой географической зоны;</w:t>
      </w:r>
    </w:p>
    <w:p w14:paraId="1CAE563E" w14:textId="77777777" w:rsidR="00F45B98" w:rsidRDefault="007F6C8B">
      <w:pPr>
        <w:jc w:val="both"/>
      </w:pPr>
      <w:r>
        <w:lastRenderedPageBreak/>
        <w:t>4.1.4. Самостоятельно нести расходы на содержание СИМ, возникающие в связи с его нормальной эксплуатацией (за исключением расходов, которые прямо возложены на Пользователя Договором);</w:t>
      </w:r>
    </w:p>
    <w:p w14:paraId="672F583F" w14:textId="77777777" w:rsidR="00F45B98" w:rsidRDefault="007F6C8B">
      <w:pPr>
        <w:jc w:val="both"/>
      </w:pPr>
      <w:r>
        <w:t xml:space="preserve">4.1.5. Надлежащим образом </w:t>
      </w:r>
      <w:r>
        <w:t>исполнять иные обязанности, вытекающие из Договора и предусмотренные действующим законодательством.</w:t>
      </w:r>
    </w:p>
    <w:p w14:paraId="1E594CEB" w14:textId="77777777" w:rsidR="00F45B98" w:rsidRDefault="007F6C8B">
      <w:pPr>
        <w:pStyle w:val="21"/>
      </w:pPr>
      <w:r>
        <w:t>4.2. Компания вправе:</w:t>
      </w:r>
    </w:p>
    <w:p w14:paraId="62E899A7" w14:textId="77777777" w:rsidR="00F45B98" w:rsidRDefault="007F6C8B">
      <w:pPr>
        <w:jc w:val="both"/>
      </w:pPr>
      <w:r>
        <w:t xml:space="preserve">4.2.1. Осуществлять проверку сведений, в том числе персональных данных, предоставляемых Пользователем, а также иных сведений, </w:t>
      </w:r>
      <w:r>
        <w:t>указанных в пунктах 3.6, 3.9 настоящей Оферты;</w:t>
      </w:r>
    </w:p>
    <w:p w14:paraId="105B840C" w14:textId="77777777" w:rsidR="00F45B98" w:rsidRDefault="007F6C8B">
      <w:pPr>
        <w:jc w:val="both"/>
      </w:pPr>
      <w:r>
        <w:t>4.2.2. Приостанавливать или прекращать право аренды СИМ Пользователя (в том числе блокировать использование СИМ) в случаях, установленных пунктами 3.6, 3.9 настоящей Оферты;</w:t>
      </w:r>
    </w:p>
    <w:p w14:paraId="21E574D0" w14:textId="77777777" w:rsidR="00F45B98" w:rsidRDefault="007F6C8B">
      <w:pPr>
        <w:jc w:val="both"/>
      </w:pPr>
      <w:r>
        <w:t>4.2.3. Обрабатывать персональные да</w:t>
      </w:r>
      <w:r>
        <w:t>нные Пользователя, полученные при заключении и исполнении Договора, в т.ч. осуществлять трансграничную передачу тех или иных персональных данных в установленном законом порядке. Условия обработки и передачи (в т.ч. трансграничной) персональных данных содер</w:t>
      </w:r>
      <w:r>
        <w:t>жатся в Политике конфиденциальности Компании;</w:t>
      </w:r>
    </w:p>
    <w:p w14:paraId="7ABF08BB" w14:textId="77777777" w:rsidR="00F45B98" w:rsidRDefault="007F6C8B">
      <w:pPr>
        <w:jc w:val="both"/>
      </w:pPr>
      <w:r>
        <w:t>4.2.4. Осуществлять проверку задолженности Пользователя по Договору, а также по иным договорам между Пользователем и Компании, в случае если таковые были заключены;</w:t>
      </w:r>
    </w:p>
    <w:p w14:paraId="0DBEDE7B" w14:textId="77777777" w:rsidR="00F45B98" w:rsidRDefault="007F6C8B">
      <w:pPr>
        <w:jc w:val="both"/>
      </w:pPr>
      <w:r>
        <w:t xml:space="preserve">4.2.5. Осуществлять контроль за обеспечением </w:t>
      </w:r>
      <w:r>
        <w:t>сохранности СИМ, а также за его техническим состоянием, контролировать соответствие эксплуатации СИМ целям, установленным настоящим Договором, в случае оформления на длительный период, а именно более 1 месяца, то Пользователь обязан проходить Техническое о</w:t>
      </w:r>
      <w:r>
        <w:t>бслуживание в сервисах Компании;</w:t>
      </w:r>
    </w:p>
    <w:p w14:paraId="6E69C190" w14:textId="77777777" w:rsidR="00F45B98" w:rsidRDefault="007F6C8B">
      <w:pPr>
        <w:jc w:val="both"/>
      </w:pPr>
      <w:r>
        <w:t>4.2.6. Отказать в заключении Договора, в случае предоставления Пользователем в момент регистрации на сайте Компании недостоверных или неполных данных, требуемых для регистрации;</w:t>
      </w:r>
    </w:p>
    <w:p w14:paraId="6A33A9F2" w14:textId="77777777" w:rsidR="00F45B98" w:rsidRDefault="007F6C8B">
      <w:pPr>
        <w:jc w:val="both"/>
      </w:pPr>
      <w:r>
        <w:t xml:space="preserve">4.2.7. Отказать в заключении </w:t>
      </w:r>
      <w:r>
        <w:t>Договора, приостановить либо прекратить его действие, при наличии у Пользователя задолженности, вытекающей из Договора и/или иных заключенных между Пользователем и Компанией договоров, до момента погашения задолженности в полном объеме, а также в случае на</w:t>
      </w:r>
      <w:r>
        <w:t>рушения Пользователем иных условий данного Договора;</w:t>
      </w:r>
    </w:p>
    <w:p w14:paraId="5B0B93D6" w14:textId="77777777" w:rsidR="00F45B98" w:rsidRDefault="007F6C8B">
      <w:pPr>
        <w:jc w:val="both"/>
      </w:pPr>
      <w:r>
        <w:t>4.2.8. Публиковать новые редакции Оферты и Тарифов в порядке и с ограничениями, установленными пунктом 3.4 Договора.</w:t>
      </w:r>
    </w:p>
    <w:p w14:paraId="66335A4C" w14:textId="77777777" w:rsidR="00F45B98" w:rsidRDefault="007F6C8B">
      <w:pPr>
        <w:jc w:val="both"/>
      </w:pPr>
      <w:r>
        <w:t>4.2.9. В случае удаления СИМ Пользователем от допустимой географической зоны поездок б</w:t>
      </w:r>
      <w:r>
        <w:t>олее чем на 1 километр либо в иных случаях, вызывающих у Компании мотивированные подозрения в хищении СИМ, заблокировать движение СИМ, в том числе с помощью программно-технических средств Компании, и заявить в правоохранительные органы о факте хищения, а т</w:t>
      </w:r>
      <w:r>
        <w:t>акже прибегнуть к иным предусмотренным законодательством РФ способам защиты своих прав, с отнесением на Пользователя дальнейших убытков;</w:t>
      </w:r>
    </w:p>
    <w:p w14:paraId="5B1C027B" w14:textId="77777777" w:rsidR="00F45B98" w:rsidRDefault="007F6C8B">
      <w:pPr>
        <w:jc w:val="both"/>
      </w:pPr>
      <w:r>
        <w:t>4.2.10. В случае наличия у Компании достаточных оснований полагать о возможности совершения Пользователем мошеннических</w:t>
      </w:r>
      <w:r>
        <w:t xml:space="preserve"> действий, а также иных проявлениях недобросовестного поведения Пользователя, в одностороннем порядке прекратить </w:t>
      </w:r>
      <w:r>
        <w:lastRenderedPageBreak/>
        <w:t>заблокировать движение СИМ с помощью программно-технических средств Компании (в том числе без прекращения Аренды), а в случае необходимости так</w:t>
      </w:r>
      <w:r>
        <w:t>же принудительно завершить Аренду Пользователем СИМ.</w:t>
      </w:r>
    </w:p>
    <w:p w14:paraId="5C97FF99" w14:textId="77777777" w:rsidR="00F45B98" w:rsidRDefault="007F6C8B">
      <w:pPr>
        <w:jc w:val="both"/>
      </w:pPr>
      <w:r>
        <w:t>4.2.11. Принудительно завершить Аренду Пользователем СИМ и заблокировать движение с помощью программно-технических средств.</w:t>
      </w:r>
    </w:p>
    <w:p w14:paraId="4E358565" w14:textId="77777777" w:rsidR="00F45B98" w:rsidRDefault="007F6C8B">
      <w:pPr>
        <w:jc w:val="both"/>
      </w:pPr>
      <w:r>
        <w:t>4.2.12. Самостоятельно утверждать и изменять цены на запасные части, аккумулято</w:t>
      </w:r>
      <w:r>
        <w:t>ры, комплектующие, ремонтные работы и работы по замене запасных частей посредством утверждения действующего прайс-листа с соблюдением порядка его доведения до Пользователя и применения, установленного пунктом 6.10 Договора.</w:t>
      </w:r>
    </w:p>
    <w:p w14:paraId="764B5459" w14:textId="77777777" w:rsidR="00F45B98" w:rsidRDefault="007F6C8B">
      <w:pPr>
        <w:pStyle w:val="21"/>
      </w:pPr>
      <w:r>
        <w:t>4.3. Пользователь имеет право:</w:t>
      </w:r>
    </w:p>
    <w:p w14:paraId="42EFC04F" w14:textId="77777777" w:rsidR="00F45B98" w:rsidRDefault="007F6C8B">
      <w:pPr>
        <w:jc w:val="both"/>
      </w:pPr>
      <w:r>
        <w:t>4</w:t>
      </w:r>
      <w:r>
        <w:t>.3.1. Пользователь вправе пользоваться СИМ на условиях, предусмотренных Договором.</w:t>
      </w:r>
    </w:p>
    <w:p w14:paraId="02B178C9" w14:textId="77777777" w:rsidR="00F45B98" w:rsidRDefault="007F6C8B">
      <w:pPr>
        <w:jc w:val="both"/>
      </w:pPr>
      <w:r>
        <w:t>4.3.2. Обращаться к Компании по всем вопросам аренды и обслуживания СИМ, а также задавать вопросы по вопросу действия настоящей Оферты.</w:t>
      </w:r>
    </w:p>
    <w:p w14:paraId="6D736194" w14:textId="77777777" w:rsidR="00F45B98" w:rsidRDefault="007F6C8B">
      <w:pPr>
        <w:pStyle w:val="21"/>
      </w:pPr>
      <w:r>
        <w:t>4.4. Пользователь обязан:</w:t>
      </w:r>
    </w:p>
    <w:p w14:paraId="7E734B32" w14:textId="77777777" w:rsidR="00F45B98" w:rsidRDefault="007F6C8B">
      <w:pPr>
        <w:jc w:val="both"/>
      </w:pPr>
      <w:r>
        <w:t>4.4.1. До н</w:t>
      </w:r>
      <w:r>
        <w:t>ачала использования СИМ произвести его осмотр на предмет наличия повреждений, проверить техническое состояние СИМ и его пригодность к эксплуатации;</w:t>
      </w:r>
    </w:p>
    <w:p w14:paraId="2818CB9B" w14:textId="77777777" w:rsidR="00F45B98" w:rsidRDefault="007F6C8B">
      <w:pPr>
        <w:jc w:val="both"/>
      </w:pPr>
      <w:r>
        <w:t>4.4.2. При обнаружении повреждений или иного рода ухудшений СИМ до начала его использования, сообщить об это</w:t>
      </w:r>
      <w:r>
        <w:t>м Компании. В случае если Пользователь до начала использования не уведомил Компанию о существующих повреждениях или иного рода ухудшениях СИМ, Пользователь признает себя виновным в причинении повреждений во время Аренды им СИМ, если такие были обнаружены д</w:t>
      </w:r>
      <w:r>
        <w:t>ругим Пользователем или Компанией в дальнейшем;</w:t>
      </w:r>
    </w:p>
    <w:p w14:paraId="5A47B852" w14:textId="77777777" w:rsidR="00F45B98" w:rsidRDefault="007F6C8B">
      <w:pPr>
        <w:jc w:val="both"/>
      </w:pPr>
      <w:r>
        <w:t>4.4.3. Соблюдать порядок принятия СИМ в Аренду и завершения Аренды, предусмотренный разделом 7 настоящего Договора;</w:t>
      </w:r>
    </w:p>
    <w:p w14:paraId="0C7718C7" w14:textId="77777777" w:rsidR="00F45B98" w:rsidRDefault="007F6C8B">
      <w:pPr>
        <w:jc w:val="both"/>
      </w:pPr>
      <w:r>
        <w:t>4.4.4. Использовать СИМ в строгом соответствии с его целевым назначением;</w:t>
      </w:r>
    </w:p>
    <w:p w14:paraId="4FFE4EDA" w14:textId="77777777" w:rsidR="00F45B98" w:rsidRDefault="007F6C8B">
      <w:pPr>
        <w:jc w:val="both"/>
      </w:pPr>
      <w:r>
        <w:t>4.4.5. Пользовател</w:t>
      </w:r>
      <w:r>
        <w:t>ь до начала использования СИМ обязан ознакомиться с правилами эксплуатации СИМ, размещёнными на сайте https://velixrent.ru.</w:t>
      </w:r>
    </w:p>
    <w:p w14:paraId="6A23E2C0" w14:textId="77777777" w:rsidR="00F45B98" w:rsidRDefault="007F6C8B">
      <w:pPr>
        <w:jc w:val="both"/>
      </w:pPr>
      <w:r>
        <w:t>4.4.6. Лично соблюдать и исполнять все возложенные на Пользователя условия и обязанности по Договору, кроме случаев, прямо предусмот</w:t>
      </w:r>
      <w:r>
        <w:t>ренных законом или настоящим Договором. Электровелосипед предоставляется исключительно для личного управления и использования Пользователем. Передача электровелосипеда третьим лицам во владение, пользование или управление, в том числе в субаренду, безвозме</w:t>
      </w:r>
      <w:r>
        <w:t>здное пользование, для выполнения работы или кратковременной поездки, запрещается. Передача имущества третьему лицу не заменяет Пользователя в Договоре и не освобождает его от обязанностей и ответственности. Передача СИМ в субаренду и пользование третьим л</w:t>
      </w:r>
      <w:r>
        <w:t>ицам не допускается. Возврат имущества представителем в порядке пункта 7.2.1 Договора и передача работнику Компании не являются предоставлением электровелосипеда третьему лицу в пользование. Ответственность за передачу электровелосипеда третьим лицам устан</w:t>
      </w:r>
      <w:r>
        <w:t>овлена пунктом 8.18 Договора.</w:t>
      </w:r>
    </w:p>
    <w:p w14:paraId="7DBECC9E" w14:textId="77777777" w:rsidR="00F45B98" w:rsidRDefault="007F6C8B">
      <w:pPr>
        <w:jc w:val="both"/>
      </w:pPr>
      <w:r>
        <w:t>4.4.7. Пользователь не вправе передавать СИМ в пользование третьим лицам, не достигшим возраста 18 лет и/или не соответствующим иным критериям, указанным в пункте 1.1.9 настоящей Оферты;</w:t>
      </w:r>
    </w:p>
    <w:p w14:paraId="1BBCC6AE" w14:textId="77777777" w:rsidR="00F45B98" w:rsidRDefault="007F6C8B">
      <w:pPr>
        <w:jc w:val="both"/>
      </w:pPr>
      <w:r>
        <w:lastRenderedPageBreak/>
        <w:t>4.4.8. Обеспечивать сохранность СИМ, ак</w:t>
      </w:r>
      <w:r>
        <w:t>кумулятора и переданных принадлежностей с момента их фактической передачи Пользователю до фактического возврата Компании либо до изъятия имущества Компанией в порядке пункта 7.2.4 Договора, в том числе при просрочке возврата. Ответственность Пользователя о</w:t>
      </w:r>
      <w:r>
        <w:t>пределяется разделом 8 Договора.</w:t>
      </w:r>
    </w:p>
    <w:p w14:paraId="341ECFA9" w14:textId="77777777" w:rsidR="00F45B98" w:rsidRDefault="007F6C8B">
      <w:pPr>
        <w:jc w:val="both"/>
      </w:pPr>
      <w:r>
        <w:t>4.4.9. Бережно использовать СИМ, а также принимать меры по предотвращению ущерба СИМ. В связи с этим, Пользователю воспрещается ряд следующих действий:</w:t>
      </w:r>
    </w:p>
    <w:p w14:paraId="1D11670E" w14:textId="77777777" w:rsidR="00F45B98" w:rsidRDefault="007F6C8B">
      <w:pPr>
        <w:ind w:left="255" w:hanging="142"/>
        <w:jc w:val="both"/>
      </w:pPr>
      <w:r>
        <w:t xml:space="preserve">• Пользователю воспрещается использовать СИМ на неровных поверхностях, </w:t>
      </w:r>
      <w:r>
        <w:t>вне тротуаров и дорожек с твердым покрытием, переезжать через любые ямы, выбоины, горки, иные неровности, отличающиеся от основного полотна более чем на 3 см, равно как и имеющие острые края, либо иные особенности дорожного полотна, создающие дополнительну</w:t>
      </w:r>
      <w:r>
        <w:t>ю нагрузку для колес СИМ, лужи глубиной более 1 см вне зависимости от возможности внешнего определения глубины;</w:t>
      </w:r>
    </w:p>
    <w:p w14:paraId="3FAB43B3" w14:textId="77777777" w:rsidR="00F45B98" w:rsidRDefault="007F6C8B">
      <w:pPr>
        <w:ind w:left="255" w:hanging="142"/>
        <w:jc w:val="both"/>
      </w:pPr>
      <w:r>
        <w:t>• Пользователю воспрещается использовать СИМ для езды по бездорожью, пересеченной местности;</w:t>
      </w:r>
    </w:p>
    <w:p w14:paraId="28510C09" w14:textId="77777777" w:rsidR="00F45B98" w:rsidRDefault="007F6C8B">
      <w:pPr>
        <w:ind w:left="255" w:hanging="142"/>
        <w:jc w:val="both"/>
      </w:pPr>
      <w:r>
        <w:t>• Пользователю воспрещается выполнять акробатически</w:t>
      </w:r>
      <w:r>
        <w:t>е трюки, совершать прыжки, наезды на препятствия, бордюры, ступени; использовать СИМ в соревнованиях; дрифтовать; приводить в движение электродвигатель, нажимая курок газа при отсутствии движения СИМ;</w:t>
      </w:r>
    </w:p>
    <w:p w14:paraId="48477F39" w14:textId="77777777" w:rsidR="00F45B98" w:rsidRDefault="007F6C8B">
      <w:pPr>
        <w:ind w:left="255" w:hanging="142"/>
        <w:jc w:val="both"/>
      </w:pPr>
      <w:r>
        <w:t>• Пользователю воспрещается использовать СИМ для трансп</w:t>
      </w:r>
      <w:r>
        <w:t>ортировки, буксирования грузов; передвигаться на СИМ более чем одному человеку, а также перевозить детей и животных; перемещаться на СИМ при превышении суммарного веса (с одеждой, сумкой, рюкзаком и т.д.) свыше 100 кг;</w:t>
      </w:r>
    </w:p>
    <w:p w14:paraId="79E89242" w14:textId="77777777" w:rsidR="00F45B98" w:rsidRDefault="007F6C8B">
      <w:pPr>
        <w:ind w:left="255" w:hanging="142"/>
        <w:jc w:val="both"/>
      </w:pPr>
      <w:r>
        <w:t>• Пользователю воспрещается складыват</w:t>
      </w:r>
      <w:r>
        <w:t>ь СИМ (в том числе с использованием штатного механизма);</w:t>
      </w:r>
    </w:p>
    <w:p w14:paraId="6A3FE509" w14:textId="77777777" w:rsidR="00F45B98" w:rsidRDefault="007F6C8B">
      <w:pPr>
        <w:ind w:left="255" w:hanging="142"/>
        <w:jc w:val="both"/>
      </w:pPr>
      <w:r>
        <w:t xml:space="preserve">• Пользователю воспрещается снимать наклейки, идентификационные номера, штрихкоды, равно как и наносить надписи, наклеивать наклейки, наносить пометки, повреждать лакокрасочное покрытие СИМ, пачкать </w:t>
      </w:r>
      <w:r>
        <w:t>его (за исключением нормального загрязнения платформы уличной обувью);</w:t>
      </w:r>
    </w:p>
    <w:p w14:paraId="30427C3D" w14:textId="77777777" w:rsidR="00F45B98" w:rsidRDefault="007F6C8B">
      <w:pPr>
        <w:ind w:left="255" w:hanging="142"/>
        <w:jc w:val="both"/>
      </w:pPr>
      <w:r>
        <w:t>• Пользователю воспрещается допускать полный разряд аккумулятора СИМ;</w:t>
      </w:r>
    </w:p>
    <w:p w14:paraId="01A4EE34" w14:textId="77777777" w:rsidR="00F45B98" w:rsidRDefault="007F6C8B">
      <w:pPr>
        <w:ind w:left="255" w:hanging="142"/>
        <w:jc w:val="both"/>
      </w:pPr>
      <w:r>
        <w:t xml:space="preserve">• Пользователю воспрещается использовать технологии или предпринимать действия, которые могут нанести вред </w:t>
      </w:r>
      <w:r>
        <w:t>Сайту Компании, СИМ, иному имуществу Компании;</w:t>
      </w:r>
    </w:p>
    <w:p w14:paraId="2F5303A7" w14:textId="77777777" w:rsidR="00F45B98" w:rsidRDefault="007F6C8B">
      <w:pPr>
        <w:ind w:left="255" w:hanging="142"/>
        <w:jc w:val="both"/>
      </w:pPr>
      <w:r>
        <w:t>• Пользователю воспрещается вносить любые изменения в СИМ или его отдельные части, изменять какие-либо характеристики, производить улучшения или ухудшения СИМ;</w:t>
      </w:r>
    </w:p>
    <w:p w14:paraId="1EBFF171" w14:textId="77777777" w:rsidR="00F45B98" w:rsidRDefault="007F6C8B">
      <w:pPr>
        <w:jc w:val="both"/>
      </w:pPr>
      <w:r>
        <w:t>4.4.10. Незамедлительно известить Компанию о любы</w:t>
      </w:r>
      <w:r>
        <w:t>х повреждениях СИМ, полученных во время проката, отключении любой из систем, иных неисправностях, дорожно-транспортных происшествиях с участием СИМ; нарушениях функционирования сайта. При таких обстоятельствах Пользователь должен прекратить использование С</w:t>
      </w:r>
      <w:r>
        <w:t>ИМ, о чем требуется проинформировать Компанию, в случае если Пользователь умолчал о повреждениях, то Пользователю будет начислен штраф за неисполнения условий оферты, а также стоимость ремонтных работ;</w:t>
      </w:r>
    </w:p>
    <w:p w14:paraId="449E3DE0" w14:textId="77777777" w:rsidR="00F45B98" w:rsidRDefault="007F6C8B">
      <w:pPr>
        <w:jc w:val="both"/>
      </w:pPr>
      <w:r>
        <w:t>4.4.11. Принимать надлежащие меры для защиты своей уче</w:t>
      </w:r>
      <w:r>
        <w:t>тной записи, включая свои имя и пароль, от несанкционированного использования другими лицами, и незамедлительно сообщить Компании соответствующую информацию, в случае обнаружения такого использования;</w:t>
      </w:r>
    </w:p>
    <w:p w14:paraId="05B896F4" w14:textId="77777777" w:rsidR="00F45B98" w:rsidRDefault="007F6C8B">
      <w:pPr>
        <w:jc w:val="both"/>
      </w:pPr>
      <w:r>
        <w:lastRenderedPageBreak/>
        <w:t xml:space="preserve">4.4.12. Пользователь не вправе передавать данные своей </w:t>
      </w:r>
      <w:r>
        <w:t>учетной записи третьим лицам;</w:t>
      </w:r>
    </w:p>
    <w:p w14:paraId="1583BEE6" w14:textId="77777777" w:rsidR="00F45B98" w:rsidRDefault="007F6C8B">
      <w:pPr>
        <w:jc w:val="both"/>
      </w:pPr>
      <w:r>
        <w:t>4.4.13. Самостоятельно следить за обновлениями, в том числе и за информацией правового характера на сайте Компании;</w:t>
      </w:r>
    </w:p>
    <w:p w14:paraId="7A3F3021" w14:textId="77777777" w:rsidR="00F45B98" w:rsidRDefault="007F6C8B">
      <w:pPr>
        <w:jc w:val="both"/>
      </w:pPr>
      <w:r>
        <w:t>4.4.14. Своевременно, в соответствии с условиями настоящего Договора уплачивать арендную плату, оплачивать ины</w:t>
      </w:r>
      <w:r>
        <w:t>е платежи, предусмотренные Договором, обеспечивать на банковской карте, указанной Пользователем во исполнение условий настоящего Договора, денежные средства в количестве, достаточном для оплаты проката СИМ;</w:t>
      </w:r>
    </w:p>
    <w:p w14:paraId="65265321" w14:textId="77777777" w:rsidR="00F45B98" w:rsidRDefault="007F6C8B">
      <w:pPr>
        <w:jc w:val="both"/>
      </w:pPr>
      <w:r>
        <w:t xml:space="preserve">4.4.15. Своевременно, в соответствии с условиями </w:t>
      </w:r>
      <w:r>
        <w:t>настоящего Договора оплатить в полной мере прокат СИМ;</w:t>
      </w:r>
    </w:p>
    <w:p w14:paraId="0A4FFD9F" w14:textId="77777777" w:rsidR="00F45B98" w:rsidRDefault="007F6C8B">
      <w:pPr>
        <w:jc w:val="both"/>
      </w:pPr>
      <w:r>
        <w:t>4.4.16. По завершении использования и прекращении проката Пользователь обязан передать СИМ в технически пригодном, без каких-либо повреждений и комплектном в полном объеме СИМ;</w:t>
      </w:r>
    </w:p>
    <w:p w14:paraId="39C16E11" w14:textId="77777777" w:rsidR="00F45B98" w:rsidRDefault="007F6C8B">
      <w:pPr>
        <w:jc w:val="both"/>
      </w:pPr>
      <w:r>
        <w:t>4.4.17. Во время использ</w:t>
      </w:r>
      <w:r>
        <w:t>ования СИМ Пользователь обязан соблюдать ПДД и нести ответственность за их нарушение. В этой связи Пользователь при использовании СИМ, в частности, должен:</w:t>
      </w:r>
    </w:p>
    <w:p w14:paraId="4CA84995" w14:textId="77777777" w:rsidR="00F45B98" w:rsidRDefault="007F6C8B">
      <w:pPr>
        <w:ind w:left="255" w:hanging="142"/>
        <w:jc w:val="both"/>
      </w:pPr>
      <w:r>
        <w:t>• осуществлять движение по велосипедной, велопешеходной дорожкам или полосе для велосипедистов, прое</w:t>
      </w:r>
      <w:r>
        <w:t>зжей части велосипедной зоны;</w:t>
      </w:r>
    </w:p>
    <w:p w14:paraId="6F1BB6F0" w14:textId="77777777" w:rsidR="00F45B98" w:rsidRDefault="007F6C8B">
      <w:pPr>
        <w:ind w:left="255" w:hanging="142"/>
        <w:jc w:val="both"/>
      </w:pPr>
      <w:r>
        <w:t>• в случае, если отсутствуют велосипедная и велопешеходная дорожки, полоса для велосипедистов либо отсутствует возможность двигаться по ним или по проезжей части велосипедной зоны, допускается движение: на велосипеде:</w:t>
      </w:r>
    </w:p>
    <w:p w14:paraId="1545FEEA" w14:textId="77777777" w:rsidR="00F45B98" w:rsidRDefault="007F6C8B">
      <w:pPr>
        <w:ind w:left="255" w:hanging="142"/>
        <w:jc w:val="both"/>
      </w:pPr>
      <w:r>
        <w:t>− по тро</w:t>
      </w:r>
      <w:r>
        <w:t>туару или пешеходной дорожке;</w:t>
      </w:r>
    </w:p>
    <w:p w14:paraId="395115E0" w14:textId="77777777" w:rsidR="00F45B98" w:rsidRDefault="007F6C8B">
      <w:pPr>
        <w:ind w:left="255" w:hanging="142"/>
        <w:jc w:val="both"/>
      </w:pPr>
      <w:r>
        <w:t>− в случае, если отсутствуют велосипедная и велопешеходная дорожки, полоса для велосипедистов, тротуар, пешеходная дорожка либо отсутствует возможность двигаться по ним или по проезжей части велосипедной зоны, допускается движ</w:t>
      </w:r>
      <w:r>
        <w:t>ение по обочине;</w:t>
      </w:r>
    </w:p>
    <w:p w14:paraId="76C0F50F" w14:textId="77777777" w:rsidR="00F45B98" w:rsidRDefault="007F6C8B">
      <w:pPr>
        <w:ind w:left="255" w:hanging="142"/>
        <w:jc w:val="both"/>
      </w:pPr>
      <w:r>
        <w:t>− в случае, если отсутствуют велосипедная и велопешеходная дорожки, полоса для велосипедистов, тротуар, пешеходная дорожка, обочина либо отсутствует возможность двигаться по ним, а дорога не является автомагистралью и на дороге разрешено д</w:t>
      </w:r>
      <w:r>
        <w:t>вижение транспортных средств со скоростью не более 60 км/ч и разрешено движение велосипедов, допускается движение по правому краю проезжей части дороги; на электровелосипеде:</w:t>
      </w:r>
    </w:p>
    <w:p w14:paraId="6386339D" w14:textId="77777777" w:rsidR="00F45B98" w:rsidRDefault="007F6C8B">
      <w:pPr>
        <w:ind w:left="255" w:hanging="142"/>
        <w:jc w:val="both"/>
      </w:pPr>
      <w:r>
        <w:t>− по правому краю проезжей части;</w:t>
      </w:r>
    </w:p>
    <w:p w14:paraId="2E76EEEB" w14:textId="77777777" w:rsidR="00F45B98" w:rsidRDefault="007F6C8B">
      <w:pPr>
        <w:ind w:left="255" w:hanging="142"/>
        <w:jc w:val="both"/>
      </w:pPr>
      <w:r>
        <w:t>− по обочине, если также отсутствует возможност</w:t>
      </w:r>
      <w:r>
        <w:t>ь двигаться по правому краю проезжей части;</w:t>
      </w:r>
    </w:p>
    <w:p w14:paraId="23B881E4" w14:textId="77777777" w:rsidR="00F45B98" w:rsidRDefault="007F6C8B">
      <w:pPr>
        <w:ind w:left="255" w:hanging="142"/>
        <w:jc w:val="both"/>
      </w:pPr>
      <w:r>
        <w:t>− в случае, если отсутствуют велосипедная и велопешеходная дорожки, полоса для велосипедистов либо отсутствует возможность двигаться по ним, а также по правому краю проезжей части или обочине допускается движение</w:t>
      </w:r>
      <w:r>
        <w:t xml:space="preserve"> по тротуару или пешеходной дорожке;</w:t>
      </w:r>
    </w:p>
    <w:p w14:paraId="785BDD78" w14:textId="77777777" w:rsidR="00F45B98" w:rsidRDefault="007F6C8B">
      <w:pPr>
        <w:ind w:left="255" w:hanging="142"/>
        <w:jc w:val="both"/>
      </w:pPr>
      <w:r>
        <w:t>• если движение по тротуару, пешеходной дорожке, обочине или в пределах пешеходных зон подвергает опасности или создает помехи для движения иных лиц, необходимо спешиться и уступить дорогу пешеходам;</w:t>
      </w:r>
    </w:p>
    <w:p w14:paraId="774C3608" w14:textId="77777777" w:rsidR="00F45B98" w:rsidRDefault="007F6C8B">
      <w:pPr>
        <w:ind w:left="255" w:hanging="142"/>
        <w:jc w:val="both"/>
      </w:pPr>
      <w:r>
        <w:t xml:space="preserve">• при </w:t>
      </w:r>
      <w:r>
        <w:t xml:space="preserve">движении в темное время суток или в условиях недостаточной видимости необходимо включить фару и фонарь СИМ, а также рекомендуется иметь при себе </w:t>
      </w:r>
      <w:r>
        <w:lastRenderedPageBreak/>
        <w:t>предметы со световозвращающими элементами и обеспечивать видимость этих предметов другим участникам дорожного д</w:t>
      </w:r>
      <w:r>
        <w:t>вижения;</w:t>
      </w:r>
    </w:p>
    <w:p w14:paraId="41C1D169" w14:textId="77777777" w:rsidR="00F45B98" w:rsidRDefault="007F6C8B">
      <w:pPr>
        <w:ind w:left="255" w:hanging="142"/>
        <w:jc w:val="both"/>
      </w:pPr>
      <w:r>
        <w:t>• соблюдать иные применимые положения ПДД, включая положения, прямо не приведенные в настоящей Оферте, и самостоятельно нести ответственность за их нарушение.</w:t>
      </w:r>
    </w:p>
    <w:p w14:paraId="438B7067" w14:textId="77777777" w:rsidR="00F45B98" w:rsidRDefault="007F6C8B">
      <w:pPr>
        <w:jc w:val="both"/>
      </w:pPr>
      <w:r>
        <w:t>4.4.18. Для предотвращения опасных ситуаций и нарушения ПДД Пользователю воспрещается:</w:t>
      </w:r>
    </w:p>
    <w:p w14:paraId="5763EF4A" w14:textId="77777777" w:rsidR="00F45B98" w:rsidRDefault="007F6C8B">
      <w:pPr>
        <w:ind w:left="255" w:hanging="142"/>
        <w:jc w:val="both"/>
      </w:pPr>
      <w:r>
        <w:t>•</w:t>
      </w:r>
      <w:r>
        <w:t xml:space="preserve"> управлять СИМ в состоянии алкогольного, наркотического, токсического или иного опьянения, а также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r>
        <w:t>равно как и отказываться от проведения процедуры медицинского освидетельствования по запросу уполномоченного должностного лица;</w:t>
      </w:r>
    </w:p>
    <w:p w14:paraId="2FDFDBDA" w14:textId="77777777" w:rsidR="00F45B98" w:rsidRDefault="007F6C8B">
      <w:pPr>
        <w:ind w:left="255" w:hanging="142"/>
        <w:jc w:val="both"/>
      </w:pPr>
      <w:r>
        <w:t>• управлять СИМ, не держась за руль хотя бы одной рукой;</w:t>
      </w:r>
    </w:p>
    <w:p w14:paraId="3A01F83D" w14:textId="77777777" w:rsidR="00F45B98" w:rsidRDefault="007F6C8B">
      <w:pPr>
        <w:ind w:left="255" w:hanging="142"/>
        <w:jc w:val="both"/>
      </w:pPr>
      <w:r>
        <w:t>• пересекать проезжую часть по надземным, подземным и иным пешеходным п</w:t>
      </w:r>
      <w:r>
        <w:t>ереходам, не спускаясь с СИМ;</w:t>
      </w:r>
    </w:p>
    <w:p w14:paraId="789CFEEB" w14:textId="77777777" w:rsidR="00F45B98" w:rsidRDefault="007F6C8B">
      <w:pPr>
        <w:ind w:left="255" w:hanging="142"/>
        <w:jc w:val="both"/>
      </w:pPr>
      <w:r>
        <w:t>• проезжать на запрещающий сигнал светофора;</w:t>
      </w:r>
    </w:p>
    <w:p w14:paraId="39EC7781" w14:textId="77777777" w:rsidR="00F45B98" w:rsidRDefault="007F6C8B">
      <w:pPr>
        <w:ind w:left="255" w:hanging="142"/>
        <w:jc w:val="both"/>
      </w:pPr>
      <w:r>
        <w:t>• создавать помехи для других участников дорожного движения;</w:t>
      </w:r>
    </w:p>
    <w:p w14:paraId="3FB16CB3" w14:textId="77777777" w:rsidR="00F45B98" w:rsidRDefault="007F6C8B">
      <w:pPr>
        <w:ind w:left="255" w:hanging="142"/>
        <w:jc w:val="both"/>
      </w:pPr>
      <w:r>
        <w:t xml:space="preserve">• нарушать порядок проезда согласно условиям Оферты, в то числе двигаться по встречной полосе </w:t>
      </w:r>
      <w:r>
        <w:t>велоинфраструктуры.</w:t>
      </w:r>
    </w:p>
    <w:p w14:paraId="14A3EAE4" w14:textId="77777777" w:rsidR="00F45B98" w:rsidRDefault="007F6C8B">
      <w:pPr>
        <w:jc w:val="both"/>
      </w:pPr>
      <w:r>
        <w:t>4.4.19. Как во время периода Аренды, так и вне рамок периода Аренды Пользователю запрещено перевозить СИМ в автомобиле, автобусе, троллейбусе, такси и в любом ином транспорте (любым иным способом), заносить/завозить его внутрь зданий, т</w:t>
      </w:r>
      <w:r>
        <w:t>ерриторий ограниченного доступа и т.д.</w:t>
      </w:r>
    </w:p>
    <w:p w14:paraId="6F76FAD3" w14:textId="77777777" w:rsidR="00F45B98" w:rsidRDefault="007F6C8B">
      <w:pPr>
        <w:jc w:val="both"/>
      </w:pPr>
      <w:r>
        <w:t>4.4.20. Не допускать причинение вреда жизни, здоровью и имуществу третьих лиц, в том числе других участников дорожного движения. В случае причинения вреда с использованием СИМ, Пользователь привлекается к ответственно</w:t>
      </w:r>
      <w:r>
        <w:t>сти в порядке, предусмотренном действующим законодательством РФ.</w:t>
      </w:r>
    </w:p>
    <w:p w14:paraId="4281743A" w14:textId="77777777" w:rsidR="00F45B98" w:rsidRDefault="007F6C8B">
      <w:pPr>
        <w:jc w:val="both"/>
      </w:pPr>
      <w:r>
        <w:t>4.4.21. В случае, если СИМ оборудовано шлемом, Пользователь обязан до начала использования СИМ со шлемом произвести осмотр шлема на предмет наличия повреждений и его пригодность к эксплуатаци</w:t>
      </w:r>
      <w:r>
        <w:t>и. При обнаружении повреждений или иного рода ухудшений состояния шлема (за исключением признаков естественного износа) до начала его использования сообщить об этом. В случае если Пользователь до начала использования не уведомил Компанию о существующих пов</w:t>
      </w:r>
      <w:r>
        <w:t>реждениях или иного рода ухудшениях состояния шлема (за исключением признаков естественного износа), Пользователь считается причинившим повреждения шлему во время Аренды, если такие повреждения были обнаружены другим (последующим) Пользователем этого же шл</w:t>
      </w:r>
      <w:r>
        <w:t>ема или Компанией в дальнейшем. Шлем должен быть возвращен Компании вместе с СИМ в исправном состоянии, без каких-либо повреждений, не считая признаков естественного износа.</w:t>
      </w:r>
    </w:p>
    <w:p w14:paraId="7B54AD68" w14:textId="77777777" w:rsidR="00F45B98" w:rsidRDefault="007F6C8B">
      <w:pPr>
        <w:jc w:val="both"/>
      </w:pPr>
      <w:r>
        <w:t>4.4.22. В случае, если СИМ оборудовано шлемом, Пользователю рекомендуется осуществ</w:t>
      </w:r>
      <w:r>
        <w:t>лять движение на СИМ в застегнутом шлеме.</w:t>
      </w:r>
    </w:p>
    <w:p w14:paraId="7A8D74E6" w14:textId="77777777" w:rsidR="00F45B98" w:rsidRDefault="007F6C8B">
      <w:pPr>
        <w:jc w:val="both"/>
      </w:pPr>
      <w:r>
        <w:t xml:space="preserve">4.4.23. По окончании срока аренды при невозврате электровелосипеда оставаться доступным для связи по указанным при заключении Договора телефону и электронной </w:t>
      </w:r>
      <w:r>
        <w:lastRenderedPageBreak/>
        <w:t>почте. В течение 24 часов с момента доставки запроса Ком</w:t>
      </w:r>
      <w:r>
        <w:t>пании Пользователь обязан ответить, сообщить фактическое местонахождение электровелосипеда и аккумулятора, причину невозврата и предполагаемое время возврата. Само сообщение не продлевает срок аренды без согласия Компании. Последствия невыполнения этой обя</w:t>
      </w:r>
      <w:r>
        <w:t>занности установлены пунктом 8.15 Договора.</w:t>
      </w:r>
    </w:p>
    <w:p w14:paraId="1FCAA127" w14:textId="77777777" w:rsidR="00F45B98" w:rsidRDefault="007F6C8B">
      <w:pPr>
        <w:jc w:val="both"/>
      </w:pPr>
      <w:r>
        <w:t>4.4.24. Не оставлять электровелосипед и аккумулятор без присмотра вместо их надлежащего возврата Компании, не бросать имущество на улице, во дворе, у подъезда, в ином общественном или недоступном для Компании мес</w:t>
      </w:r>
      <w:r>
        <w:t>те. При невозможности самостоятельного возврата незамедлительно сообщить об этом Компании и согласовать порядок передачи имущества. Ответственность за оставление электровелосипеда и его последующий самостоятельный вывоз Компанией установлена пунктом 8.16 Д</w:t>
      </w:r>
      <w:r>
        <w:t>оговора.</w:t>
      </w:r>
    </w:p>
    <w:p w14:paraId="3B9529EA" w14:textId="77777777" w:rsidR="00F45B98" w:rsidRDefault="007F6C8B">
      <w:pPr>
        <w:jc w:val="both"/>
      </w:pPr>
      <w:r>
        <w:t>4.4.25. Обеспечивать сохранность и исправность установленного на электровелосипеде трекера GIS Navi. Пользователю запрещается выводить трекер из строя, снимать, разбирать, повреждать или отключать его, отсоединять питание или антенну, извлекать ил</w:t>
      </w:r>
      <w:r>
        <w:t>и заменять SIM-карту, изменять настройки без согласия Компании, экранировать или подавлять сигнал либо иным способом вмешиваться в работу трекера и препятствовать определению местонахождения электровелосипеда. Не допускается поручать такие действия третьим</w:t>
      </w:r>
      <w:r>
        <w:t xml:space="preserve"> лицам или допускать их совершение. Обнаружив неисправность или признаки вмешательства, Пользователь обязан незамедлительно сообщить об этом Компании и действовать в порядке пункта 8.19 Договора.</w:t>
      </w:r>
    </w:p>
    <w:p w14:paraId="6475BA31" w14:textId="77777777" w:rsidR="00F45B98" w:rsidRDefault="007F6C8B">
      <w:pPr>
        <w:jc w:val="both"/>
      </w:pPr>
      <w:r>
        <w:t>4.4.26. Управлять электровелосипедом исключительно в трезвом</w:t>
      </w:r>
      <w:r>
        <w:t xml:space="preserve"> состоянии и соблюдать все применимые к его управлению требования Правил дорожного движения Российской Федерации. Управление в состоянии алкогольного, наркотического, токсического или иного опьянения запрещается. Нарушение этой обязанности влечет ответстве</w:t>
      </w:r>
      <w:r>
        <w:t>нность по пункту 8.21 Договора. При ДТП Пользователь обязан выполнить предусмотренные ПДД действия, незамедлительно уведомить Компанию, сообщить место происшествия, обеспечить сохранность имущества и доступных доказательств обстоятельств ДТП, а также перед</w:t>
      </w:r>
      <w:r>
        <w:t>ать Компании имеющиеся документы о происшествии. Оплата простоя при ремонте после ДТП регулируется пунктом 8.20 Договора.</w:t>
      </w:r>
    </w:p>
    <w:p w14:paraId="1374CEE2" w14:textId="77777777" w:rsidR="00F45B98" w:rsidRDefault="007F6C8B">
      <w:pPr>
        <w:pStyle w:val="1"/>
      </w:pPr>
      <w:r>
        <w:t>5. ПОРЯДОК ИСПОЛЬЗОВАНИЯ СИМ</w:t>
      </w:r>
    </w:p>
    <w:p w14:paraId="033168DB" w14:textId="77777777" w:rsidR="00F45B98" w:rsidRDefault="007F6C8B">
      <w:pPr>
        <w:pStyle w:val="21"/>
      </w:pPr>
      <w:r>
        <w:t>5.1. До начала Поездки Пользователь обязан:</w:t>
      </w:r>
    </w:p>
    <w:p w14:paraId="1990483E" w14:textId="77777777" w:rsidR="00F45B98" w:rsidRDefault="007F6C8B">
      <w:pPr>
        <w:jc w:val="both"/>
      </w:pPr>
      <w:r>
        <w:t>5.1.1. Произвести осмотр СИМ на предмет наличия повреждений и</w:t>
      </w:r>
      <w:r>
        <w:t xml:space="preserve"> проверить техническое состояние СИМ и его пригодность к эксплуатации;</w:t>
      </w:r>
    </w:p>
    <w:p w14:paraId="4F302C38" w14:textId="77777777" w:rsidR="00F45B98" w:rsidRDefault="007F6C8B">
      <w:pPr>
        <w:jc w:val="both"/>
      </w:pPr>
      <w:r>
        <w:t>5.1.2. При обнаружении повреждений или иного рода недостатков СИМ до начала его использования сообщить об этом в Компании. Если Пользователь до начала использования СИМ не уведомил Комп</w:t>
      </w:r>
      <w:r>
        <w:t>анию о существующих повреждениях или иного рода недостатках СИМ, Пользователь признает себя виновным в причинении повреждений во время использования им СИМ, если такие были обнаружены другим (последующим) Пользователем или Компанией в дальнейшем.</w:t>
      </w:r>
    </w:p>
    <w:p w14:paraId="061D4BF2" w14:textId="77777777" w:rsidR="00F45B98" w:rsidRDefault="007F6C8B">
      <w:pPr>
        <w:pStyle w:val="21"/>
      </w:pPr>
      <w:r>
        <w:t xml:space="preserve">5.2. При </w:t>
      </w:r>
      <w:r>
        <w:t>начале Поездки Пользователь обязан:</w:t>
      </w:r>
    </w:p>
    <w:p w14:paraId="2CF73019" w14:textId="77777777" w:rsidR="00F45B98" w:rsidRDefault="007F6C8B">
      <w:pPr>
        <w:jc w:val="both"/>
      </w:pPr>
      <w:r>
        <w:t>5.2.1. Проверить уровень заряда аккумулятора СИМ;</w:t>
      </w:r>
    </w:p>
    <w:p w14:paraId="21FCF6DE" w14:textId="77777777" w:rsidR="00F45B98" w:rsidRDefault="007F6C8B">
      <w:pPr>
        <w:jc w:val="both"/>
      </w:pPr>
      <w:r>
        <w:t>5.2.2. Выбрать подходящий тариф;</w:t>
      </w:r>
    </w:p>
    <w:p w14:paraId="00975694" w14:textId="77777777" w:rsidR="00F45B98" w:rsidRDefault="007F6C8B">
      <w:pPr>
        <w:jc w:val="both"/>
      </w:pPr>
      <w:r>
        <w:t>5.2.3. Убедиться в активации СИМ для Поездки;</w:t>
      </w:r>
    </w:p>
    <w:p w14:paraId="48E11A85" w14:textId="77777777" w:rsidR="00F45B98" w:rsidRDefault="007F6C8B">
      <w:pPr>
        <w:jc w:val="both"/>
      </w:pPr>
      <w:r>
        <w:lastRenderedPageBreak/>
        <w:t>5.2.4. Убрать подножку (при наличии), оттолкнуться ногой для разгона, нажать курок газа и п</w:t>
      </w:r>
      <w:r>
        <w:t>лавно начать движение.</w:t>
      </w:r>
    </w:p>
    <w:p w14:paraId="7EC34757" w14:textId="77777777" w:rsidR="00F45B98" w:rsidRDefault="007F6C8B">
      <w:pPr>
        <w:pStyle w:val="21"/>
      </w:pPr>
      <w:r>
        <w:t>5.3. В течение Поездки Пользователь обязан:</w:t>
      </w:r>
    </w:p>
    <w:p w14:paraId="2494D6E8" w14:textId="77777777" w:rsidR="00F45B98" w:rsidRDefault="007F6C8B">
      <w:pPr>
        <w:jc w:val="both"/>
      </w:pPr>
      <w:r>
        <w:t>5.3.1. Бережно использовать СИМ в строгом соответствии с целевым назначением СИМ, условиями Договора и упомянутых в нем документов, инструкциями Приложения и рекомендациями Компании.</w:t>
      </w:r>
    </w:p>
    <w:p w14:paraId="7D055752" w14:textId="77777777" w:rsidR="00F45B98" w:rsidRDefault="007F6C8B">
      <w:pPr>
        <w:jc w:val="both"/>
      </w:pPr>
      <w:r>
        <w:t>5.3.2.</w:t>
      </w:r>
      <w:r>
        <w:t xml:space="preserve"> Обеспечить сохранность СИМ и имущества, которым может быть оборудовано СИМ.</w:t>
      </w:r>
    </w:p>
    <w:p w14:paraId="50F3EB36" w14:textId="77777777" w:rsidR="00F45B98" w:rsidRDefault="007F6C8B">
      <w:pPr>
        <w:jc w:val="both"/>
      </w:pPr>
      <w:r>
        <w:t>5.3.3. Принимать все возможные меры по предотвращению нанесения ущерба СИМ.</w:t>
      </w:r>
    </w:p>
    <w:p w14:paraId="38934B5D" w14:textId="77777777" w:rsidR="00F45B98" w:rsidRDefault="007F6C8B">
      <w:pPr>
        <w:pStyle w:val="21"/>
      </w:pPr>
      <w:r>
        <w:t>5.4. По окончании Поездки Пользователь обязан:</w:t>
      </w:r>
    </w:p>
    <w:p w14:paraId="05BEF2F9" w14:textId="77777777" w:rsidR="00F45B98" w:rsidRDefault="007F6C8B">
      <w:pPr>
        <w:jc w:val="both"/>
      </w:pPr>
      <w:r>
        <w:t>5.4.1. Осуществить возврат СИМ по адресу Компании г. Ста</w:t>
      </w:r>
      <w:r>
        <w:t>врополь, улица Савченко, д. 38к4 с 10:00 до 20:00, где передать СИМ ответственному работнику Компании, уполномоченного для приема СИМ, для проверки технического состояния и наличия и (или) отсутствия эксплуатационных повреждений СИМ и составления Акта возв</w:t>
      </w:r>
      <w:r>
        <w:t>рата.</w:t>
      </w:r>
    </w:p>
    <w:p w14:paraId="097BF92D" w14:textId="77777777" w:rsidR="00F45B98" w:rsidRDefault="007F6C8B">
      <w:pPr>
        <w:pStyle w:val="21"/>
      </w:pPr>
      <w:r>
        <w:t>5.5. Пользователь обязан сообщить в Службу поддержки и следовать инструкциям оператора Службы поддержки в случаях:</w:t>
      </w:r>
    </w:p>
    <w:p w14:paraId="7412E818" w14:textId="77777777" w:rsidR="00F45B98" w:rsidRDefault="007F6C8B">
      <w:pPr>
        <w:jc w:val="both"/>
      </w:pPr>
      <w:r>
        <w:t>5.5.1. Невозможности использования СИМ;</w:t>
      </w:r>
    </w:p>
    <w:p w14:paraId="145EDC21" w14:textId="77777777" w:rsidR="00F45B98" w:rsidRDefault="007F6C8B">
      <w:pPr>
        <w:jc w:val="both"/>
      </w:pPr>
      <w:r>
        <w:t>5.5.2. Любых повреждений СИМ, полученных во время Поездки, отключения любой из систем и возникн</w:t>
      </w:r>
      <w:r>
        <w:t>овения любых иных неисправностей;</w:t>
      </w:r>
    </w:p>
    <w:p w14:paraId="162F97C3" w14:textId="77777777" w:rsidR="00F45B98" w:rsidRDefault="007F6C8B">
      <w:pPr>
        <w:jc w:val="both"/>
      </w:pPr>
      <w:r>
        <w:t>5.5.3. Дорожно-транспортного происшествия с участием СИМ;</w:t>
      </w:r>
    </w:p>
    <w:p w14:paraId="3ADDC90A" w14:textId="77777777" w:rsidR="00F45B98" w:rsidRDefault="007F6C8B">
      <w:pPr>
        <w:pStyle w:val="1"/>
      </w:pPr>
      <w:r>
        <w:t>6. РАЗМЕР ПОРЯДОК И ФОРМЫ АРЕНДНОЙ ПЛАТЫ</w:t>
      </w:r>
    </w:p>
    <w:p w14:paraId="69765D1F" w14:textId="77777777" w:rsidR="00F45B98" w:rsidRDefault="007F6C8B">
      <w:pPr>
        <w:jc w:val="both"/>
      </w:pPr>
      <w:r>
        <w:t xml:space="preserve">6.1. Платежи осуществляются в порядке и на условиях, определенных действующим законодательством и правилами </w:t>
      </w:r>
      <w:r>
        <w:t>соответствующих платежных систем. Осуществление безналичных платежей по Договору, включая уплату арендной платы, штрафов и иных предусмотренных Договором платежей, производится посредством безакцептного списания денежных средств с банковской карты Пользова</w:t>
      </w:r>
      <w:r>
        <w:t>теля в соответствии с Тарифами.</w:t>
      </w:r>
    </w:p>
    <w:p w14:paraId="7CDF5BF4" w14:textId="77777777" w:rsidR="00F45B98" w:rsidRDefault="007F6C8B">
      <w:pPr>
        <w:jc w:val="both"/>
      </w:pPr>
      <w:r>
        <w:t>6.2. При Акцепте настоящей Оферты Пользователь выражает свое безоговорочное согласие на отправление Компанией поручений, запросов, требований банку Пользователя, а также на безакцептное списание денежных средств, составляющи</w:t>
      </w:r>
      <w:r>
        <w:t>х арендные платежи, штрафы и иные платежи, предусмотренные Договором.</w:t>
      </w:r>
    </w:p>
    <w:p w14:paraId="1FD79CD9" w14:textId="77777777" w:rsidR="00F45B98" w:rsidRDefault="007F6C8B">
      <w:pPr>
        <w:jc w:val="both"/>
      </w:pPr>
      <w:r>
        <w:t>6.3. Размер арендной платы, а также порядок их уплаты регулируются настоящим разделом 6 Оферты, а также Тарифами (Приложение №1).</w:t>
      </w:r>
    </w:p>
    <w:p w14:paraId="2DA8F864" w14:textId="77777777" w:rsidR="00F45B98" w:rsidRDefault="007F6C8B">
      <w:pPr>
        <w:jc w:val="both"/>
      </w:pPr>
      <w:r>
        <w:t>6.4. Размер арендной платы за Аренду СИМ зависит от факт</w:t>
      </w:r>
      <w:r>
        <w:t>ического времени Аренды ТС Пользователем и рассчитывается исходя из установленного тарифа за 1 сутки Аренды.</w:t>
      </w:r>
    </w:p>
    <w:p w14:paraId="464DD9B6" w14:textId="77777777" w:rsidR="00F45B98" w:rsidRDefault="007F6C8B">
      <w:pPr>
        <w:jc w:val="both"/>
      </w:pPr>
      <w:r>
        <w:t xml:space="preserve">6.5. При заключении договора проката Пользователь вносит Компании в качестве обеспечения обязательств по настоящему договору залоговую стоимость в </w:t>
      </w:r>
      <w:r>
        <w:t>размере 1 000 (одна тысяча) рублей, которая по окончании срока проката и соблюдению всех пунктов настоящего договора будут возвращены.</w:t>
      </w:r>
    </w:p>
    <w:p w14:paraId="33A5FC9A" w14:textId="77777777" w:rsidR="00F45B98" w:rsidRDefault="007F6C8B">
      <w:pPr>
        <w:jc w:val="both"/>
      </w:pPr>
      <w:r>
        <w:t>6.6. Списания арендных платежей происходит ежедневно в период с 8.00 до 11.00 по Московскому времени путём списания соотв</w:t>
      </w:r>
      <w:r>
        <w:t xml:space="preserve">етствующей суммы с банковской карты Пользователя. При недостаточности на банковской карте Пользователя списание денежных </w:t>
      </w:r>
      <w:r>
        <w:lastRenderedPageBreak/>
        <w:t>средств в оплату арендных платежей осуществляется частями по мере поступления денежных средств на карту Пользователя, при этом Компания</w:t>
      </w:r>
      <w:r>
        <w:t xml:space="preserve"> вправе заблокировать доступ к СИМ Пользователю ввиду неоплаты арендных платежей до момента погашения соответствующей суммы в полном объеме.</w:t>
      </w:r>
    </w:p>
    <w:p w14:paraId="01D85F7D" w14:textId="77777777" w:rsidR="00F45B98" w:rsidRDefault="007F6C8B">
      <w:pPr>
        <w:jc w:val="both"/>
      </w:pPr>
      <w:r>
        <w:t>6.7. В момент выявления нарушения Пользователем Договора, за совершение которого условиями Договора предусмотрен шт</w:t>
      </w:r>
      <w:r>
        <w:t>раф, Компания вправе осуществить списание суммы соответствующего штрафа с банковской карты Пользователя. При недостаточности на банковской карте Пользователя списание денежных средств в оплату штрафа осуществляется частями по мере поступления денежных сред</w:t>
      </w:r>
      <w:r>
        <w:t>ств на карту Пользователя.</w:t>
      </w:r>
    </w:p>
    <w:p w14:paraId="64D3F315" w14:textId="77777777" w:rsidR="00F45B98" w:rsidRDefault="007F6C8B">
      <w:pPr>
        <w:jc w:val="both"/>
      </w:pPr>
      <w:r>
        <w:t>6.8. Если после списания штрафа в соответствии с пунктом 6.7 настоящей Оферты Компанией будет установлена необоснованность такого списания (в частности, в связи с отсутствием нарушения Договора Пользователем либо отсутствием вины</w:t>
      </w:r>
      <w:r>
        <w:t xml:space="preserve"> Пользователя в совершении соответствующего нарушения), Компания производит возврат списанных в уплату штрафа денежных средств на банковскую карту Пользователя. Такой возврат должен быть произведен Компанией в срок не позднее 10 календарных дней с даты нап</w:t>
      </w:r>
      <w:r>
        <w:t>равления Пользователем соответствующей претензии Компании и признания списаний необоснованными.</w:t>
      </w:r>
    </w:p>
    <w:p w14:paraId="32216112" w14:textId="77777777" w:rsidR="00F45B98" w:rsidRDefault="007F6C8B">
      <w:pPr>
        <w:jc w:val="both"/>
      </w:pPr>
      <w:r>
        <w:t>6.9. Все обращения, претензии и жалобы, равно как и заявления о возврате денежных средств принимаются только в виде сканированного образа документа, собственнор</w:t>
      </w:r>
      <w:r>
        <w:t>учно подписанного Пользователем, который направляется им по адресу электронной почты: swrrentstv@gmail.com.</w:t>
      </w:r>
    </w:p>
    <w:p w14:paraId="4595C45C" w14:textId="77777777" w:rsidR="00F45B98" w:rsidRDefault="007F6C8B">
      <w:pPr>
        <w:pStyle w:val="21"/>
      </w:pPr>
      <w:r>
        <w:t>6.10. Прайс-лист на запасные части и ремонт</w:t>
      </w:r>
    </w:p>
    <w:p w14:paraId="1D9AC894" w14:textId="77777777" w:rsidR="00F45B98" w:rsidRDefault="007F6C8B">
      <w:pPr>
        <w:jc w:val="both"/>
      </w:pPr>
      <w:r>
        <w:t>6.10.1. Компания самостоятельно утверждает и изменяет прайс-лист на запасные части, аккумуляторы, компле</w:t>
      </w:r>
      <w:r>
        <w:t>ктующие, ремонтные работы и работы по замене запасных частей. Прайс-лист должен содержать перечень позиций, цены в рублях с учетом применимых налогов, дату редакции и дату начала ее действия. Действующий прайс-лист размещается на сайте https://velixrent.ru</w:t>
      </w:r>
      <w:r>
        <w:t xml:space="preserve"> и предоставляется Пользователю до заключения Договора и по его запросу в электронной либо бумажной форме. Компания сохраняет предыдущие редакции прайс-листа.</w:t>
      </w:r>
    </w:p>
    <w:p w14:paraId="560D905C" w14:textId="77777777" w:rsidR="00F45B98" w:rsidRDefault="007F6C8B">
      <w:pPr>
        <w:jc w:val="both"/>
      </w:pPr>
      <w:r>
        <w:t>6.10.2. При повреждении имущества, за которое отвечает Пользователь, стоимость необходимых ремонт</w:t>
      </w:r>
      <w:r>
        <w:t>а, запасных частей и работ по их замене рассчитывается по прайс-листу, действующему на дату повреждения, а если эта дата достоверно не установлена — на дату обнаружения повреждения. Более поздняя редакция к ранее возникшему повреждению не применяется. В от</w:t>
      </w:r>
      <w:r>
        <w:t>ношениях с Пользователем-потребителем увеличение согласованных при заключении Договора цен применяется только по соглашению с ним либо в случаях, прямо предусмотренных законом; само размещение нового прайс-листа таким соглашением не является. Это не исключ</w:t>
      </w:r>
      <w:r>
        <w:t>ает возмещения обоснованных фактических убытков в размере и порядке, предусмотренных законом.</w:t>
      </w:r>
    </w:p>
    <w:p w14:paraId="6167F4E8" w14:textId="77777777" w:rsidR="00F45B98" w:rsidRDefault="007F6C8B">
      <w:pPr>
        <w:jc w:val="both"/>
      </w:pPr>
      <w:r>
        <w:t xml:space="preserve">6.10.3. Основания ответственности и состав повреждений определяются по пунктам 8.7 и 8.17 Договора. Прайс-лист служит основанием расчета, но сам по себе не </w:t>
      </w:r>
      <w:r>
        <w:t xml:space="preserve">подтверждает факт повреждения и размер убытков. При отсутствии необходимой позиции в прайс-листе Компания представляет расчет разумных расходов на восстановление с подтверждающими документами. Изменение прайс-листа не изменяет согласованную в пункте 7.1.2 </w:t>
      </w:r>
      <w:r>
        <w:t>оценку электровелосипеда и аккумулятора, а также размеры неустойки и штрафов, установленные Договором.</w:t>
      </w:r>
    </w:p>
    <w:p w14:paraId="6C2B602A" w14:textId="77777777" w:rsidR="00F45B98" w:rsidRDefault="007F6C8B">
      <w:pPr>
        <w:pStyle w:val="1"/>
      </w:pPr>
      <w:r>
        <w:lastRenderedPageBreak/>
        <w:t>7. ПОРЯДОК ПРИЕМА ПЕРЕДАЧИ СИМ</w:t>
      </w:r>
    </w:p>
    <w:p w14:paraId="57151D13" w14:textId="77777777" w:rsidR="00F45B98" w:rsidRDefault="007F6C8B">
      <w:pPr>
        <w:pStyle w:val="21"/>
      </w:pPr>
      <w:r>
        <w:t>7.1. Прием-передача СИМ от Компании к Пользователю в рамках Аренды осуществляется следующим образом:</w:t>
      </w:r>
    </w:p>
    <w:p w14:paraId="60093871" w14:textId="77777777" w:rsidR="00F45B98" w:rsidRDefault="007F6C8B">
      <w:pPr>
        <w:jc w:val="both"/>
      </w:pPr>
      <w:r>
        <w:t>7.1.1. Передача СИМ о</w:t>
      </w:r>
      <w:r>
        <w:t>существляется по адресу Компании: г. Ставрополь, улица Савченко, д. 38к4 с 10:00 до 20:00, где Пользователь должен осуществить проверку СИМ согласно условиям настоящего Договора, после чего подписать Акт приема-передачи.</w:t>
      </w:r>
    </w:p>
    <w:p w14:paraId="5CC73F62" w14:textId="77777777" w:rsidR="00F45B98" w:rsidRDefault="007F6C8B">
      <w:pPr>
        <w:jc w:val="both"/>
      </w:pPr>
      <w:r>
        <w:t>7.1.2. Стороны согласовали следующу</w:t>
      </w:r>
      <w:r>
        <w:t xml:space="preserve">ю оценку передаваемого имущества: аккумулятор электровелосипеда — </w:t>
      </w:r>
      <w:r>
        <w:rPr>
          <w:b/>
        </w:rPr>
        <w:t>185 000</w:t>
      </w:r>
      <w:r>
        <w:t xml:space="preserve"> (Сто восемьдесят пять тысяч) рублей; электровелосипед без аккумулятора — </w:t>
      </w:r>
      <w:r>
        <w:rPr>
          <w:b/>
        </w:rPr>
        <w:t>90 000</w:t>
      </w:r>
      <w:r>
        <w:t xml:space="preserve"> (Девяносто тысяч) рублей. Общая оценка электровелосипеда с одним аккумулятором составляет </w:t>
      </w:r>
      <w:r>
        <w:rPr>
          <w:b/>
        </w:rPr>
        <w:t>275 000</w:t>
      </w:r>
      <w:r>
        <w:t xml:space="preserve"> (Две</w:t>
      </w:r>
      <w:r>
        <w:t>сти семьдесят пять тысяч) рублей. Стоимость аккумулятора не включена в оценку электровелосипеда без аккумулятора и учитывается отдельно. Указанные суммы фиксируются также в Акте приема-передачи и применяются при определении возмещения по пункту 8.7 Договор</w:t>
      </w:r>
      <w:r>
        <w:t>а.</w:t>
      </w:r>
    </w:p>
    <w:p w14:paraId="62D787DD" w14:textId="77777777" w:rsidR="00F45B98" w:rsidRDefault="007F6C8B">
      <w:pPr>
        <w:jc w:val="both"/>
      </w:pPr>
      <w:r>
        <w:t>7.1.3. В Акте приема-передачи указываются модель и идентификационный номер электровелосипеда, идентификационный номер или иные индивидуализирующие признаки аккумулятора, комплектность, состояние имущества и имеющиеся повреждения, дата и время фактическо</w:t>
      </w:r>
      <w:r>
        <w:t>й передачи, дата и время окончания аренды и возврата, контактные данные Пользователя, а также дата редакции предоставленного ему прайс-листа. Состояние имущества при передаче может дополнительно фиксироваться фотографиями и видеозаписью. Обязанность обеспе</w:t>
      </w:r>
      <w:r>
        <w:t>чить сохранность и полная имущественная ответственность Пользователя возникают с момента фактической передачи имущества, подтвержденной Актом или иными допустимыми доказательствами.</w:t>
      </w:r>
    </w:p>
    <w:p w14:paraId="01840D65" w14:textId="77777777" w:rsidR="00F45B98" w:rsidRDefault="007F6C8B">
      <w:pPr>
        <w:pStyle w:val="21"/>
      </w:pPr>
      <w:r>
        <w:t>7.2. Прием-передача СИМ от Пользователя к Компании при завершении Аренды о</w:t>
      </w:r>
      <w:r>
        <w:t>существляется следующим образом:</w:t>
      </w:r>
    </w:p>
    <w:p w14:paraId="42028294" w14:textId="77777777" w:rsidR="00F45B98" w:rsidRDefault="007F6C8B">
      <w:pPr>
        <w:jc w:val="both"/>
      </w:pPr>
      <w:r>
        <w:t>7.2.1. СИМ может быть возвращен по окончанию аренды только непосредственным Пользователем, либо лицом имеющим право действовать от лица Пользователя в соответствии с действующим законодательством РФ, по предъявлению нотариа</w:t>
      </w:r>
      <w:r>
        <w:t>льной доверенности.</w:t>
      </w:r>
    </w:p>
    <w:p w14:paraId="75584C05" w14:textId="77777777" w:rsidR="00F45B98" w:rsidRDefault="007F6C8B">
      <w:pPr>
        <w:jc w:val="both"/>
      </w:pPr>
      <w:r>
        <w:t>7.2.2. СИМ должен быть возвращен Компании в день окончания срока аренды в чистом и технически исправном состоянии с учетом нормального износа, возникшего в период эксплуатации СИМ.</w:t>
      </w:r>
    </w:p>
    <w:p w14:paraId="57694278" w14:textId="77777777" w:rsidR="00F45B98" w:rsidRDefault="007F6C8B">
      <w:pPr>
        <w:jc w:val="both"/>
      </w:pPr>
      <w:r>
        <w:t>7.2.3. Возврат СИМ осуществляется по адресу Компании г.</w:t>
      </w:r>
      <w:r>
        <w:t xml:space="preserve"> Ставрополь, улица Савченко, д. 38к4 с 10:00 до 20:00, где Пользователь должен передать СИМ ответственному работнику Компании, уполномоченного для приема СИМ, для проверки технического состояния и наличия и (или) отсутствия эксплуатационных повреждений СИМ</w:t>
      </w:r>
      <w:r>
        <w:t xml:space="preserve"> и составления Акта возврата.</w:t>
      </w:r>
    </w:p>
    <w:p w14:paraId="7C27C9BC" w14:textId="77777777" w:rsidR="00F45B98" w:rsidRDefault="007F6C8B">
      <w:pPr>
        <w:jc w:val="both"/>
      </w:pPr>
      <w:r>
        <w:t>7.2.4. Окончание срока аренды, блокировка электровелосипеда, прекращение поездки или сообщение о месте его нахождения сами по себе не являются возвратом имущества. Возврат подтверждается фактической передачей уполномоченному р</w:t>
      </w:r>
      <w:r>
        <w:t>аботнику Компании и Актом возврата либо иными допустимыми доказательствами передачи. При самостоятельном обнаружении и изъятии Компанией оставленного Пользователем электровелосипеда обязанность Пользователя по обеспечению его сохранности прекращается в мом</w:t>
      </w:r>
      <w:r>
        <w:t xml:space="preserve">ент фактического поступления соответствующего имущества во владение Компании. Компания фиксирует место, дату, время изъятия, состояние и </w:t>
      </w:r>
      <w:r>
        <w:lastRenderedPageBreak/>
        <w:t>комплектность имущества актом и фото- или видеозаписью. Это не прекращает обязательства по оплате уже возникшей задолже</w:t>
      </w:r>
      <w:r>
        <w:t>нности, возмещению ущерба и уплате предусмотренных Договором санкций.</w:t>
      </w:r>
    </w:p>
    <w:p w14:paraId="1D7330D4" w14:textId="77777777" w:rsidR="00F45B98" w:rsidRDefault="007F6C8B">
      <w:pPr>
        <w:pStyle w:val="1"/>
      </w:pPr>
      <w:r>
        <w:t>8. ОТВЕТСТВЕННОСТЬ СТОРОН И РАЗРЕШЕНИЕ СПОРОВ</w:t>
      </w:r>
    </w:p>
    <w:p w14:paraId="6724EE7C" w14:textId="77777777" w:rsidR="00F45B98" w:rsidRDefault="007F6C8B">
      <w:pPr>
        <w:jc w:val="both"/>
      </w:pPr>
      <w:r>
        <w:t>8.1. Пользователь самостоятельно несет полную ответственность за вред, причиненный им третьим лицам и/или их имуществу в результате использо</w:t>
      </w:r>
      <w:r>
        <w:t>вания СИМ.</w:t>
      </w:r>
    </w:p>
    <w:p w14:paraId="0EDDF11A" w14:textId="77777777" w:rsidR="00F45B98" w:rsidRDefault="007F6C8B">
      <w:pPr>
        <w:jc w:val="both"/>
      </w:pPr>
      <w:r>
        <w:t>8.2. При просрочке внесения Пользователем платежей в уплату арендной платы по Договору более чем на 48 часов Компания вправе начислить Пользователю пени в размере 0,1% от суммы задолженности за каждый день просрочки.</w:t>
      </w:r>
    </w:p>
    <w:p w14:paraId="7377350E" w14:textId="77777777" w:rsidR="00F45B98" w:rsidRDefault="007F6C8B">
      <w:pPr>
        <w:jc w:val="both"/>
      </w:pPr>
      <w:r>
        <w:t xml:space="preserve">8.3. При просрочке </w:t>
      </w:r>
      <w:r>
        <w:t>внесения Пользователем иных платежей, предусмотренных Договором, за исключением указанных в пункте 8.2 настоящей Оферты, на срок более 14 (четырнадцати) календарных дней с даты направления Компанией Пользователю требования об оплате соответствующего платеж</w:t>
      </w:r>
      <w:r>
        <w:t>а на электронную почту Пользователя, Компания вправе начислить Пользователю пени в размере 0,1% от суммы задолженности за каждый день просрочки. Пени начисляются до момента полного погашения Пользователем образовавшейся задолженности.</w:t>
      </w:r>
    </w:p>
    <w:p w14:paraId="3F3B4648" w14:textId="77777777" w:rsidR="00F45B98" w:rsidRDefault="007F6C8B">
      <w:pPr>
        <w:jc w:val="both"/>
      </w:pPr>
      <w:r>
        <w:t>8.4. В случае нарушен</w:t>
      </w:r>
      <w:r>
        <w:t>ия Пользователем положений Договора, Пользователь уплачивает штраф в размере 500 (Пятьсот) рублей за следующие нарушения (если совершение соответствующего нарушения не повлекло причинения ущерба СИМ и/или утраты СИМ):</w:t>
      </w:r>
    </w:p>
    <w:p w14:paraId="60041D15" w14:textId="77777777" w:rsidR="00F45B98" w:rsidRDefault="007F6C8B">
      <w:pPr>
        <w:ind w:left="255" w:hanging="142"/>
        <w:jc w:val="both"/>
      </w:pPr>
      <w:r>
        <w:t>• управление электросамокатом в состоя</w:t>
      </w:r>
      <w:r>
        <w:t>нии алкогольного, наркотического, токсического или иного опьянения;</w:t>
      </w:r>
    </w:p>
    <w:p w14:paraId="18DCA22C" w14:textId="77777777" w:rsidR="00F45B98" w:rsidRDefault="007F6C8B">
      <w:pPr>
        <w:ind w:left="255" w:hanging="142"/>
        <w:jc w:val="both"/>
      </w:pPr>
      <w:r>
        <w:t>• возврат СИМ со следами грязи, требующих отдельной мойки СИМ;</w:t>
      </w:r>
    </w:p>
    <w:p w14:paraId="634628E8" w14:textId="77777777" w:rsidR="00F45B98" w:rsidRDefault="007F6C8B">
      <w:pPr>
        <w:ind w:left="255" w:hanging="142"/>
        <w:jc w:val="both"/>
      </w:pPr>
      <w:r>
        <w:t>• выезд на СИМ или иным образом перемещение СИМ за допустимую географическую зону;</w:t>
      </w:r>
    </w:p>
    <w:p w14:paraId="159C2B98" w14:textId="77777777" w:rsidR="00F45B98" w:rsidRDefault="007F6C8B">
      <w:pPr>
        <w:ind w:left="255" w:hanging="142"/>
        <w:jc w:val="both"/>
      </w:pPr>
      <w:r>
        <w:t>• нецелевое использование СИМ;</w:t>
      </w:r>
    </w:p>
    <w:p w14:paraId="23411B7F" w14:textId="77777777" w:rsidR="00F45B98" w:rsidRDefault="007F6C8B">
      <w:pPr>
        <w:ind w:left="255" w:hanging="142"/>
        <w:jc w:val="both"/>
      </w:pPr>
      <w:r>
        <w:t xml:space="preserve">• допуск к </w:t>
      </w:r>
      <w:r>
        <w:t>управлению электросамокатом третьих лиц;</w:t>
      </w:r>
    </w:p>
    <w:p w14:paraId="13C8903C" w14:textId="77777777" w:rsidR="00F45B98" w:rsidRDefault="007F6C8B">
      <w:pPr>
        <w:jc w:val="both"/>
      </w:pPr>
      <w:r>
        <w:t>8.5. В случае передвижения на одном СИМ более чем одного человека (в том числе вдвоем с ребенком) Пользователь уплачивает штраф в размере 1 500 (Одна тысяча пятьсот) рублей.</w:t>
      </w:r>
    </w:p>
    <w:p w14:paraId="10521103" w14:textId="77777777" w:rsidR="00F45B98" w:rsidRDefault="007F6C8B">
      <w:pPr>
        <w:jc w:val="both"/>
      </w:pPr>
      <w:r>
        <w:t>8.6. В случае совершения Пользователем лю</w:t>
      </w:r>
      <w:r>
        <w:t>бого из нарушений Договора, указанных в пунктах 8.4-8.5 настоящей Оферты, если такое нарушение повлекло причинение ущерба СИМ без его утраты (т.е. с возможностью и экономической обоснованностью восстановления СИМ), Пользователь уплачивает штраф в размере 1</w:t>
      </w:r>
      <w:r>
        <w:t>0 000 (Десяти тысяч) рублей.</w:t>
      </w:r>
    </w:p>
    <w:p w14:paraId="376350F2" w14:textId="77777777" w:rsidR="00F45B98" w:rsidRDefault="007F6C8B">
      <w:pPr>
        <w:jc w:val="both"/>
      </w:pPr>
      <w:r>
        <w:t xml:space="preserve">8.7. С момента фактической передачи электровелосипеда Пользователь несет полную имущественную (материальную) ответственность за его сохранность, сохранность аккумулятора и переданных принадлежностей до их фактического возврата </w:t>
      </w:r>
      <w:r>
        <w:t>Компании, в том числе в период просрочки возврата. При наличии предусмотренных законом и Договором оснований Пользователь в полном объеме возмещает ущерб от утраты, хищения, уничтожения, разукомплектования или повреждения имущества. При утрате либо невозмо</w:t>
      </w:r>
      <w:r>
        <w:t xml:space="preserve">жности или экономической нецелесообразности восстановления аккумулятора согласованная оценка составляет </w:t>
      </w:r>
      <w:r>
        <w:rPr>
          <w:b/>
        </w:rPr>
        <w:t>185 000</w:t>
      </w:r>
      <w:r>
        <w:t xml:space="preserve"> рублей, электровелосипеда без аккумулятора — </w:t>
      </w:r>
      <w:r>
        <w:rPr>
          <w:b/>
        </w:rPr>
        <w:t>90 000</w:t>
      </w:r>
      <w:r>
        <w:t xml:space="preserve"> рублей, всего комплекта — </w:t>
      </w:r>
      <w:r>
        <w:rPr>
          <w:b/>
        </w:rPr>
        <w:t>275 000</w:t>
      </w:r>
      <w:r>
        <w:t xml:space="preserve"> рублей. Размер возмещения определяется исходя из указанной</w:t>
      </w:r>
      <w:r>
        <w:t xml:space="preserve"> оценки с учетом состояния имущества до повреждения или утраты, </w:t>
      </w:r>
      <w:r>
        <w:lastRenderedPageBreak/>
        <w:t>нормального износа и стоимости сохранившихся частей; при споре размер реального ущерба подтверждается документами и при необходимости оценкой. Если утрачен или поврежден только один из указанн</w:t>
      </w:r>
      <w:r>
        <w:t xml:space="preserve">ых объектов, стоимость другого, возвращенного исправным, не взыскивается. При устранимом повреждении возмещаются необходимые расходы на восстановление по пунктам 6.10 и 8.17 Договора. Нормальный износ, ранее существовавшие и скрытые недостатки, за которые </w:t>
      </w:r>
      <w:r>
        <w:t>отвечает Компания, не возлагаются на Пользователя. Возмещение стоимости утраченного имущества по настоящему пункту является возмещением ущерба, а не дополнительным штрафом в размере той же стоимости.</w:t>
      </w:r>
    </w:p>
    <w:p w14:paraId="782517DF" w14:textId="77777777" w:rsidR="00F45B98" w:rsidRDefault="007F6C8B">
      <w:pPr>
        <w:jc w:val="both"/>
      </w:pPr>
      <w:r>
        <w:t>8.8. Уплата неустойки и штрафов не освобождает Пользоват</w:t>
      </w:r>
      <w:r>
        <w:t>еля от возврата имущества, внесения арендной платы и возмещения причиненного Компании ущерба при наличии оснований ответственности. Убытки по тому же нарушению возмещаются в части, не покрытой неустойкой, если иное прямо не предусмотрено законом. Двойное в</w:t>
      </w:r>
      <w:r>
        <w:t>озмещение одной и той же стоимости имущества, ремонта или доставки не допускается.</w:t>
      </w:r>
    </w:p>
    <w:p w14:paraId="4211BC8C" w14:textId="77777777" w:rsidR="00F45B98" w:rsidRDefault="007F6C8B">
      <w:pPr>
        <w:jc w:val="both"/>
      </w:pPr>
      <w:r>
        <w:t>8.9. Риск случайной гибели или случайного повреждения переданного имущества с момента его фактической передачи до фактического возврата либо изъятия Компанией по пункту 7.2.</w:t>
      </w:r>
      <w:r>
        <w:t>4 Договора несет Пользователь в пределах, допускаемых обязательными нормами законодательства. Настоящее условие не освобождает Компанию от ответственности за переданные ею недостатки имущества и собственные действия и не отменяет установленные законом осно</w:t>
      </w:r>
      <w:r>
        <w:t>вания освобождения Пользователя от ответственности.</w:t>
      </w:r>
    </w:p>
    <w:p w14:paraId="3D7B2E7C" w14:textId="77777777" w:rsidR="00F45B98" w:rsidRDefault="007F6C8B">
      <w:pPr>
        <w:jc w:val="both"/>
      </w:pPr>
      <w:r>
        <w:t>8.10. За нарушение ПДД на Пользователя возлагается ответственность, предусмотренная действующим законодательством. В случае если в связи с нарушением Пользователем ПДД Компания понесет расходы и/или убытк</w:t>
      </w:r>
      <w:r>
        <w:t>и, в том числе связанные с уплатой штрафа за административное правонарушение, Пользователь обязуется возместить Компании соответствующие расходы и/или убытки в полном объеме.</w:t>
      </w:r>
    </w:p>
    <w:p w14:paraId="39B32CE7" w14:textId="77777777" w:rsidR="00F45B98" w:rsidRDefault="007F6C8B">
      <w:pPr>
        <w:jc w:val="both"/>
      </w:pPr>
      <w:r>
        <w:t>8.11. В случае причинения Пользователем во время использования СИМ вреда жизни, з</w:t>
      </w:r>
      <w:r>
        <w:t>доровью или имуществу третьих лиц, в том числе других участников дорожного движения, Пользователь обязуется в полном объеме возместить ущерб, причиненный его действиями как третьим лицам, так и Компании.</w:t>
      </w:r>
    </w:p>
    <w:p w14:paraId="29CE7C4D" w14:textId="77777777" w:rsidR="00F45B98" w:rsidRDefault="007F6C8B">
      <w:pPr>
        <w:jc w:val="both"/>
      </w:pPr>
      <w:r>
        <w:t>8.12. Пользователь подтверждает, что ознакомлен с ус</w:t>
      </w:r>
      <w:r>
        <w:t>тановленным в ст. 19 ГК РФ запретом на приобретение прав и обязанностей под именем другого лица, поскольку выступление в гражданском обороте под чужим именем, нарушает права другого гражданина (того, под именем которого выступает нарушитель), и вводит в за</w:t>
      </w:r>
      <w:r>
        <w:t>блуждение относительно персональных данных Пользователя.</w:t>
      </w:r>
    </w:p>
    <w:p w14:paraId="71835C67" w14:textId="77777777" w:rsidR="00F45B98" w:rsidRDefault="007F6C8B">
      <w:pPr>
        <w:jc w:val="both"/>
      </w:pPr>
      <w:r>
        <w:t>8.13. Пользователь гарантирует, что все указанные им персональные данные являются достоверными.</w:t>
      </w:r>
    </w:p>
    <w:p w14:paraId="577CD1BB" w14:textId="77777777" w:rsidR="00F45B98" w:rsidRDefault="007F6C8B">
      <w:pPr>
        <w:jc w:val="both"/>
      </w:pPr>
      <w:r>
        <w:t>8.14. Ни одна из Сторон не будет нести ответственности за полное или частичное неисполнение любой из св</w:t>
      </w:r>
      <w:r>
        <w:t>оих обязанностей по настоящему Договору, если неисполнение будет являться следствием обстоятельств непреодолимой силы. Сторона, для которой создалась невозможность исполнения обязательств, обязана немедленно в письменном виде уведомить другую сторону о нас</w:t>
      </w:r>
      <w:r>
        <w:t>туплении, предполагаемом сроке действия и прекращения вышеуказанных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w:t>
      </w:r>
      <w:r>
        <w:t>сполнение обязательства.</w:t>
      </w:r>
    </w:p>
    <w:p w14:paraId="6A86C594" w14:textId="77777777" w:rsidR="00F45B98" w:rsidRDefault="007F6C8B">
      <w:pPr>
        <w:pStyle w:val="21"/>
      </w:pPr>
      <w:r>
        <w:lastRenderedPageBreak/>
        <w:t>8.15. Неустойка за невозврат электровелосипеда при отсутствии связи с Пользователем</w:t>
      </w:r>
    </w:p>
    <w:p w14:paraId="4F56A604" w14:textId="77777777" w:rsidR="00F45B98" w:rsidRDefault="007F6C8B">
      <w:pPr>
        <w:jc w:val="both"/>
      </w:pPr>
      <w:r>
        <w:t xml:space="preserve">8.15.1. Если после окончания согласованного срока аренды электровелосипед не возвращен, срок аренды не продлен по соглашению Сторон и Пользователь </w:t>
      </w:r>
      <w:r>
        <w:t xml:space="preserve">не отвечает на запрос Компании, предусмотренный пунктом 4.4.23 Договора, Пользователь уплачивает неустойку в размере </w:t>
      </w:r>
      <w:r>
        <w:rPr>
          <w:b/>
        </w:rPr>
        <w:t>2 000</w:t>
      </w:r>
      <w:r>
        <w:t xml:space="preserve"> (Две тысячи) рублей за каждые полные 24 часа одновременного существования указанных нарушений. Период исчисляется с более позднего из</w:t>
      </w:r>
      <w:r>
        <w:t xml:space="preserve"> двух моментов: окончания срока аренды или доставки запроса Компании. За первые полные 24 часа неустойка начисляется, если в течение этого периода Пользователь не предоставил ответ. Неполные сутки отдельно не оплачиваются.</w:t>
      </w:r>
    </w:p>
    <w:p w14:paraId="4A2BCCD5" w14:textId="77777777" w:rsidR="00F45B98" w:rsidRDefault="007F6C8B">
      <w:pPr>
        <w:jc w:val="both"/>
      </w:pPr>
      <w:r>
        <w:t>8.15.2. Запрос направляется по пр</w:t>
      </w:r>
      <w:r>
        <w:t>едоставленным Пользователем контактам посредством СМС, мессенджера либо электронной почты с возможностью подтвердить его содержание и доставку. Применяются правила статьи 165.1 ГК РФ. Сам по себе пропущенный телефонный звонок не является достаточным основа</w:t>
      </w:r>
      <w:r>
        <w:t xml:space="preserve">нием начисления неустойки. Неустойка прекращает начисляться с момента получения Компанией ответа о фактическом местонахождении имущества и порядке его возврата, согласованного продления аренды, фактического возврата имущества или его изъятия Компанией — в </w:t>
      </w:r>
      <w:r>
        <w:t>зависимости от того, какое событие наступило раньше. Возобновление связи не прекращает просрочку возврата и обязанность внести плату за нее в соответствии с законом и Договором. Неустойка не начисляется за период, за который Пользователь не несет ответстве</w:t>
      </w:r>
      <w:r>
        <w:t>нности в силу закона.</w:t>
      </w:r>
    </w:p>
    <w:p w14:paraId="0D5DD801" w14:textId="77777777" w:rsidR="00F45B98" w:rsidRDefault="007F6C8B">
      <w:pPr>
        <w:pStyle w:val="21"/>
      </w:pPr>
      <w:r>
        <w:t>8.16. Штраф за оставление электровелосипеда и его самостоятельный вывоз Компанией</w:t>
      </w:r>
    </w:p>
    <w:p w14:paraId="643462EC" w14:textId="77777777" w:rsidR="00F45B98" w:rsidRDefault="007F6C8B">
      <w:pPr>
        <w:jc w:val="both"/>
      </w:pPr>
      <w:r>
        <w:t>8.16.1. Если Пользователь в нарушение порядка возврата оставил электровелосипед без передачи уполномоченному работнику Компании, вследствие чего Компани</w:t>
      </w:r>
      <w:r>
        <w:t xml:space="preserve">я самостоятельно обнаружила его, забрала и доставила к месту хранения или выдачи, Пользователь уплачивает разовый штраф в размере </w:t>
      </w:r>
      <w:r>
        <w:rPr>
          <w:b/>
        </w:rPr>
        <w:t>5 000</w:t>
      </w:r>
      <w:r>
        <w:t xml:space="preserve"> (Пять тысяч) рублей за каждый такой случай. Штраф начисляется после фактического вывоза и доставки электровелосипеда Ком</w:t>
      </w:r>
      <w:r>
        <w:t>панией либо привлеченным ею исполнителем. Штраф применяется за нарушение обязанности возврата имущества, повлекшее необходимость его самостоятельного вывоза, а не за обычную согласованную доставку.</w:t>
      </w:r>
    </w:p>
    <w:p w14:paraId="48C3D94A" w14:textId="77777777" w:rsidR="00F45B98" w:rsidRDefault="007F6C8B">
      <w:pPr>
        <w:jc w:val="both"/>
      </w:pPr>
      <w:r>
        <w:t>8.16.2. Основание начисления штрафа подтверждается актом с</w:t>
      </w:r>
      <w:r>
        <w:t xml:space="preserve"> указанием идентификационных признаков имущества, места и времени обнаружения, обстоятельств оставления, места и времени доставки, а также фото- или видеоматериалами и имеющимися документами исполнителя доставки. Акт и требование об оплате направляются Пол</w:t>
      </w:r>
      <w:r>
        <w:t xml:space="preserve">ьзователю. Если документально подтвержденные необходимые расходы на поиск и доставку превышают </w:t>
      </w:r>
      <w:r>
        <w:rPr>
          <w:b/>
        </w:rPr>
        <w:t>5 000</w:t>
      </w:r>
      <w:r>
        <w:t xml:space="preserve"> рублей, их превышение может быть взыскано как убытки при наличии законных оснований; сумма штрафа засчитывается в покрытие таких расходов. Штраф не применя</w:t>
      </w:r>
      <w:r>
        <w:t>ется, если вывоз вызван недостатками имущества, за которые отвечает Компания, либо иной причиной, за которую Пользователь не отвечает.</w:t>
      </w:r>
    </w:p>
    <w:p w14:paraId="1C73D8C2" w14:textId="77777777" w:rsidR="00F45B98" w:rsidRDefault="007F6C8B">
      <w:pPr>
        <w:pStyle w:val="21"/>
      </w:pPr>
      <w:r>
        <w:t>8.17. Порядок определения и возмещения стоимости ремонта и запасных частей</w:t>
      </w:r>
    </w:p>
    <w:p w14:paraId="234F3B08" w14:textId="77777777" w:rsidR="00F45B98" w:rsidRDefault="007F6C8B">
      <w:pPr>
        <w:jc w:val="both"/>
      </w:pPr>
      <w:r>
        <w:t>8.17.1. При повреждении электровелосипеда, акк</w:t>
      </w:r>
      <w:r>
        <w:t xml:space="preserve">умулятора или комплектующих, за которое отвечает Пользователь, он возмещает стоимость необходимых запасных частей, ремонтных работ и работ по их замене, рассчитанную по действующему прайс-листу в порядке пункта 6.10 Договора. Нормальный износ и устранение </w:t>
      </w:r>
      <w:r>
        <w:t xml:space="preserve">недостатков, за которые </w:t>
      </w:r>
      <w:r>
        <w:lastRenderedPageBreak/>
        <w:t>отвечает Компания, за счет Пользователя не оплачиваются. Замена исправных частей и работы, не связанные с соответствующим повреждением, в расчет не включаются.</w:t>
      </w:r>
    </w:p>
    <w:p w14:paraId="3198705B" w14:textId="77777777" w:rsidR="00F45B98" w:rsidRDefault="007F6C8B">
      <w:pPr>
        <w:jc w:val="both"/>
      </w:pPr>
      <w:r>
        <w:t>8.17.2. Компания фиксирует повреждения в Акте возврата либо отдельном ак</w:t>
      </w:r>
      <w:r>
        <w:t>те осмотра, прилагает фото- или видеоматериалы и расчет с указанием поврежденных деталей, необходимых работ, количества, цены каждой позиции и примененной редакции прайс-листа. При необходимости причина неисправности и объем восстановления подтверждаются д</w:t>
      </w:r>
      <w:r>
        <w:t>иагностикой или заключением специалиста. Пользователю направляются акт, расчет и подтверждающие материалы; он вправе представить возражения и участвовать в согласованном осмотре. Односторонний акт Компании оценивается вместе с иными доказательствами и не л</w:t>
      </w:r>
      <w:r>
        <w:t>ишает Пользователя права оспаривать основания и размер требований.</w:t>
      </w:r>
    </w:p>
    <w:p w14:paraId="401B33B7" w14:textId="77777777" w:rsidR="00F45B98" w:rsidRDefault="007F6C8B">
      <w:pPr>
        <w:pStyle w:val="21"/>
      </w:pPr>
      <w:r>
        <w:t>8.18. Штраф за передачу электровелосипеда третьим лицам</w:t>
      </w:r>
    </w:p>
    <w:p w14:paraId="6E9BD975" w14:textId="77777777" w:rsidR="00F45B98" w:rsidRDefault="007F6C8B">
      <w:pPr>
        <w:jc w:val="both"/>
      </w:pPr>
      <w:r>
        <w:t xml:space="preserve">8.18.1. За нарушение запрета передачи электровелосипеда третьим лицам, установленного пунктом 4.4.6 Договора, Пользователь уплачивает Компании штраф в размере </w:t>
      </w:r>
      <w:r>
        <w:rPr>
          <w:b/>
        </w:rPr>
        <w:t>50 000</w:t>
      </w:r>
      <w:r>
        <w:t xml:space="preserve"> (Пятьдесят тысяч) рублей за каждый доказанный самостоятельный случай передачи, независимо </w:t>
      </w:r>
      <w:r>
        <w:t>от ее продолжительности, возмездности и наличия повреждений имущества. Непрерывное пользование одним третьим лицом в рамках одной передачи считается одним случаем. Компания фиксирует нарушение актом и имеющимися доказательствами, позволяющими установить фа</w:t>
      </w:r>
      <w:r>
        <w:t>кт передачи, в том числе фото- или видеоматериалами, перепиской и объяснениями лиц, и направляет Пользователю требование об оплате с подтверждающими материалами.</w:t>
      </w:r>
    </w:p>
    <w:p w14:paraId="6BF23F82" w14:textId="77777777" w:rsidR="00F45B98" w:rsidRDefault="007F6C8B">
      <w:pPr>
        <w:jc w:val="both"/>
      </w:pPr>
      <w:r>
        <w:t>8.18.2. За тот же факт передачи электровелосипеда штрафы, предусмотренные пунктами 8.4 и 8.6 Д</w:t>
      </w:r>
      <w:r>
        <w:t>оговора, дополнительно не начисляются; применяется специальный штраф по пункту 8.18.1. Уплата штрафа не освобождает Пользователя от обязанности прекратить нарушение, обеспечить возврат электровелосипеда и возместить причиненный ущерб с учетом пункта 8.8 До</w:t>
      </w:r>
      <w:r>
        <w:t>говора.</w:t>
      </w:r>
    </w:p>
    <w:p w14:paraId="477B4E8B" w14:textId="77777777" w:rsidR="00F45B98" w:rsidRDefault="007F6C8B">
      <w:pPr>
        <w:pStyle w:val="21"/>
      </w:pPr>
      <w:r>
        <w:t>8.19. Сохранность трекера GIS Navi и последствия вмешательства в его работу</w:t>
      </w:r>
    </w:p>
    <w:p w14:paraId="60810F20" w14:textId="77777777" w:rsidR="00F45B98" w:rsidRDefault="007F6C8B">
      <w:pPr>
        <w:jc w:val="both"/>
      </w:pPr>
      <w:r>
        <w:t>8.19.1. За вывод из строя трекера GIS Navi вследствие действий или бездействия Пользователя, за которые он отвечает, а равно за запрещенное пунктом 4.4.25 Договора вмешател</w:t>
      </w:r>
      <w:r>
        <w:t xml:space="preserve">ьство, повлекшее отключение трекера либо блокирование или нарушение его работы, Пользователь уплачивает Компании штраф в размере </w:t>
      </w:r>
      <w:r>
        <w:rPr>
          <w:b/>
        </w:rPr>
        <w:t>50 000</w:t>
      </w:r>
      <w:r>
        <w:t xml:space="preserve"> (Пятьдесят тысяч) рублей за каждый доказанный самостоятельный случай. Если нарушение совершено лицом, которому Пользоват</w:t>
      </w:r>
      <w:r>
        <w:t>ель передал электровелосипед или поручил вмешательство, ответственность Пользователя определяется законом и Договором. Одно вмешательство, повлекшее несколько неисправностей трекера, считается одним случаем нарушения.</w:t>
      </w:r>
    </w:p>
    <w:p w14:paraId="522E164A" w14:textId="77777777" w:rsidR="00F45B98" w:rsidRDefault="007F6C8B">
      <w:pPr>
        <w:jc w:val="both"/>
      </w:pPr>
      <w:r>
        <w:t>8.19.2. При выявлении вывода трекера G</w:t>
      </w:r>
      <w:r>
        <w:t>IS Navi из строя или его отключения вследствие запрещенного вмешательства электровелосипед подлежит незамедлительному возврату Компании вместе с аккумулятором, трекером и остальными переданными принадлежностями. Пользователь обязан немедленно прекратить ис</w:t>
      </w:r>
      <w:r>
        <w:t xml:space="preserve">пользование электровелосипеда, сообщить Компании его точное местонахождение и без неоправданной задержки передать имущество уполномоченному работнику Компании по адресу возврата, указанному в пункте 7.2.3. Если нарушение выявлено вне часов приема, возврат </w:t>
      </w:r>
      <w:r>
        <w:t xml:space="preserve">осуществляется в ближайшее время работы пункта, если Компания не организовала более ранний прием. До передачи Пользователь обеспечивает сохранность имущества и не возобновляет его эксплуатацию. При невозможности безопасного самостоятельного </w:t>
      </w:r>
      <w:r>
        <w:lastRenderedPageBreak/>
        <w:t>возврата Пользо</w:t>
      </w:r>
      <w:r>
        <w:t>ватель незамедлительно согласовывает с Компанией вывоз; согласованная с Компанией перевозка для такого возврата допускается, несмотря на пункт 4.4.19. Компания вправе потребовать досрочного возврата в связи с указанным нарушением.</w:t>
      </w:r>
    </w:p>
    <w:p w14:paraId="4D1A02A7" w14:textId="77777777" w:rsidR="00F45B98" w:rsidRDefault="007F6C8B">
      <w:pPr>
        <w:jc w:val="both"/>
      </w:pPr>
      <w:r>
        <w:t>8.19.3. Основания начисле</w:t>
      </w:r>
      <w:r>
        <w:t>ния штрафа подтверждаются актом осмотра и диагностики с описанием конкретного вмешательства, выявленных повреждений или изменений, их причинной связи с нарушением, а также имеющимися фото- или видеоматериалами и данными системы мониторинга. Само по себе от</w:t>
      </w:r>
      <w:r>
        <w:t>сутствие сигнала, вызванное перебоями связи, неисправностью оборудования без нарушения со стороны Пользователя либо иными причинами, за которые Пользователь не отвечает, не является основанием для штрафа. Компания направляет Пользователю акт, подтверждающи</w:t>
      </w:r>
      <w:r>
        <w:t>е материалы и требование об оплате. Необходимые расходы на восстановление или замену трекера определяются по пунктам 6.10 и 8.17 с учетом правила о соотношении неустойки и убытков, установленного пунктом 8.8 Договора.</w:t>
      </w:r>
    </w:p>
    <w:p w14:paraId="79E49E7A" w14:textId="77777777" w:rsidR="00F45B98" w:rsidRDefault="007F6C8B">
      <w:pPr>
        <w:jc w:val="both"/>
      </w:pPr>
      <w:r>
        <w:t>8.19.4. Если обстоятельства вывода тре</w:t>
      </w:r>
      <w:r>
        <w:t>кера из строя, вмешательства в его работу, сокрытия местонахождения или невозврата электровелосипеда содержат данные, указывающие на признаки преступления, Компания вправе обратиться с соответствующим заявлением и подтверждающими материалами в правоохранит</w:t>
      </w:r>
      <w:r>
        <w:t>ельные органы для проведения проверки и решения вопроса о привлечении виновных лиц к уголовной ответственности в установленном законом порядке. Правовая оценка обстоятельств и процессуальное решение относятся к компетенции уполномоченных органов; само нару</w:t>
      </w:r>
      <w:r>
        <w:t>шение Договора не означает автоматического наличия состава преступления. Уплата договорного штрафа не препятствует такому обращению.</w:t>
      </w:r>
    </w:p>
    <w:p w14:paraId="52A0980B" w14:textId="77777777" w:rsidR="00F45B98" w:rsidRDefault="007F6C8B">
      <w:pPr>
        <w:pStyle w:val="21"/>
      </w:pPr>
      <w:r>
        <w:t>8.20. Оплата простоя электровелосипеда при ремонте после ДТП</w:t>
      </w:r>
    </w:p>
    <w:p w14:paraId="75F5C339" w14:textId="77777777" w:rsidR="00F45B98" w:rsidRDefault="007F6C8B">
      <w:pPr>
        <w:jc w:val="both"/>
      </w:pPr>
      <w:r>
        <w:t xml:space="preserve">8.20.1. Если в период аренды электровелосипед поврежден в ДТП </w:t>
      </w:r>
      <w:r>
        <w:t>вследствие нарушения Пользователем обязанностей по его сохранности или эксплуатации и Пользователь отвечает за эти повреждения в силу закона и Договора, на Пользователя возлагается оплата вынужденного простоя электровелосипеда на период необходимых ремонтн</w:t>
      </w:r>
      <w:r>
        <w:t>ых работ. Стороны устанавливают такую оплату в форме договорной неустойки за повреждение имущества, повлекшее невозможность его использования, в размере суточной арендной платы за каждый день обоснованного периода ремонта. Применяется суточный тариф, согла</w:t>
      </w:r>
      <w:r>
        <w:t>сованный с Пользователем и действовавший по его Договору на дату ДТП, с учетом предоставленных ему скидок. Если плата установлена за несколько дней, суточная ставка определяется делением платы за соответствующий период на число дней этого периода. Последую</w:t>
      </w:r>
      <w:r>
        <w:t>щее повышение тарифа не увеличивает стоимость простоя по данному ДТП.</w:t>
      </w:r>
    </w:p>
    <w:p w14:paraId="704F4AC1" w14:textId="77777777" w:rsidR="00F45B98" w:rsidRDefault="007F6C8B">
      <w:pPr>
        <w:jc w:val="both"/>
      </w:pPr>
      <w:r>
        <w:t>8.20.2. Период простоя исчисляется с даты фактической передачи электровелосипеда в ремонт, включая необходимую диагностику, до даты завершения необходимых восстановительных работ и восст</w:t>
      </w:r>
      <w:r>
        <w:t>ановления технической возможности использования, независимо от окончания срока аренды или возврата поврежденного электровелосипеда Компании. Учитываются только дни, когда электровелосипед действительно нельзя использовать вследствие повреждений от соответс</w:t>
      </w:r>
      <w:r>
        <w:t>твующего ДТП. За неполный день оплата рассчитывается пропорционально времени простоя из расчета 1/24 суточной ставки за час. Технологически необходимое ожидание запасных частей включается в срок только при подтверждении его необходимости и разумной продолж</w:t>
      </w:r>
      <w:r>
        <w:t xml:space="preserve">ительности. Время задержек по вине Компании, необоснованного ожидания ремонта, дополнительных работ, не связанных с данным ДТП, либо хранения после восстановления исправности не оплачивается. При </w:t>
      </w:r>
      <w:r>
        <w:lastRenderedPageBreak/>
        <w:t>невозможности или экономической нецелесообразности ремонта п</w:t>
      </w:r>
      <w:r>
        <w:t>рименяется пункт 8.7; плата за фиктивный или неосуществляемый ремонт не начисляется.</w:t>
      </w:r>
    </w:p>
    <w:p w14:paraId="2CF3C16E" w14:textId="77777777" w:rsidR="00F45B98" w:rsidRDefault="007F6C8B">
      <w:pPr>
        <w:jc w:val="both"/>
      </w:pPr>
      <w:r>
        <w:t>8.20.3. Компания подтверждает основание ответственности Пользователя, связь повреждений с ДТП, факт невозможности эксплуатации, даты и необходимую продолжительность ремонт</w:t>
      </w:r>
      <w:r>
        <w:t>а актом осмотра, материалами о ДТП, заказом-нарядом, актом ремонтных работ, сведениями о заказе и получении запасных частей и иными имеющимися документами. Пользователю направляются расчет по формуле «суточная ставка аренды × число оплачиваемых дней просто</w:t>
      </w:r>
      <w:r>
        <w:t>я», с учетом неполных дней, и подтверждающие материалы. Сам факт участия в ДТП без установления оснований ответственности Пользователя не влечет начисления платы за простой.</w:t>
      </w:r>
    </w:p>
    <w:p w14:paraId="1E50616B" w14:textId="77777777" w:rsidR="00F45B98" w:rsidRDefault="007F6C8B">
      <w:pPr>
        <w:jc w:val="both"/>
      </w:pPr>
      <w:r>
        <w:t>8.20.4. Оплата простоя не заменяет возмещение стоимости ремонта, запасных частей и</w:t>
      </w:r>
      <w:r>
        <w:t xml:space="preserve"> иных повреждений. Одновременное взыскание арендной платы за этот же электровелосипед и оплаты его простоя за один и тот же период не допускается: арендная плата, начисленная за совпадающий период, засчитывается в расчет оплаты простоя, а уже уплаченные су</w:t>
      </w:r>
      <w:r>
        <w:t>ммы учитываются при определении задолженности. Соотношение неустойки и убытков определяется пунктом 8.8 Договора. Полученные Компанией от страховщика, виновника ДТП или иных лиц суммы, возмещающие тот же простой, учитываются во избежание двойного возмещени</w:t>
      </w:r>
      <w:r>
        <w:t>я. Обязанность уплатить предусмотренную настоящим пунктом неустойку за повреждение, допущенное в период аренды, сохраняется после окончания или расторжения Договора на обоснованный период ремонта.</w:t>
      </w:r>
    </w:p>
    <w:p w14:paraId="0CB61227" w14:textId="77777777" w:rsidR="00F45B98" w:rsidRDefault="007F6C8B">
      <w:pPr>
        <w:pStyle w:val="21"/>
      </w:pPr>
      <w:r>
        <w:t>8.21. Штраф за управление в состоянии опьянения и нарушение</w:t>
      </w:r>
      <w:r>
        <w:t xml:space="preserve"> ПДД</w:t>
      </w:r>
    </w:p>
    <w:p w14:paraId="3FE31233" w14:textId="77777777" w:rsidR="00F45B98" w:rsidRDefault="007F6C8B">
      <w:pPr>
        <w:jc w:val="both"/>
      </w:pPr>
      <w:r>
        <w:t>8.21.1. За управление электровелосипедом в состоянии алкогольного, наркотического, токсического или иного опьянения, а также за нарушение применимых к Пользователю требований ПДД при управлении электровелосипедом Пользователь уплачивает Компании догов</w:t>
      </w:r>
      <w:r>
        <w:t xml:space="preserve">орный штраф в размере </w:t>
      </w:r>
      <w:r>
        <w:rPr>
          <w:b/>
        </w:rPr>
        <w:t>50 000</w:t>
      </w:r>
      <w:r>
        <w:t xml:space="preserve"> (Пятьдесят тысяч) рублей за каждый доказанный самостоятельный случай нарушения. Штраф применяется независимо от наступления ДТП или повреждения имущества при наличии предусмотренных законом оснований ответственности Пользовател</w:t>
      </w:r>
      <w:r>
        <w:t xml:space="preserve">я. Если в рамках одного эпизода одновременно установлены управление в состоянии опьянения и иное нарушение ПДД, штраф по настоящему пункту составляет </w:t>
      </w:r>
      <w:r>
        <w:rPr>
          <w:b/>
        </w:rPr>
        <w:t>50 000</w:t>
      </w:r>
      <w:r>
        <w:t xml:space="preserve"> рублей однократно. За тот же эпизод штрафы по пунктам 8.4–8.6 дополнительно не начисляются; применя</w:t>
      </w:r>
      <w:r>
        <w:t>ется специальный штраф по настоящему пункту.</w:t>
      </w:r>
    </w:p>
    <w:p w14:paraId="053DF291" w14:textId="77777777" w:rsidR="00F45B98" w:rsidRDefault="007F6C8B">
      <w:pPr>
        <w:jc w:val="both"/>
      </w:pPr>
      <w:r>
        <w:t>8.21.2. Компания фиксирует обстоятельства нарушения и указывает в требовании об оплате конкретное действие Пользователя, нарушенный пункт ПДД либо факт управления в состоянии опьянения, время и место события и д</w:t>
      </w:r>
      <w:r>
        <w:t>оказательства. Используются материалы компетентных органов, результаты освидетельствования, фото- и видеозаписи и иные допустимые доказательства. Предположение сотрудника Компании об опьянении само по себе не является достаточным основанием начисления штра</w:t>
      </w:r>
      <w:r>
        <w:t>фа. Копии имеющихся подтверждающих материалов направляются Пользователю вместе с требованием об оплате.</w:t>
      </w:r>
    </w:p>
    <w:p w14:paraId="348F5575" w14:textId="77777777" w:rsidR="00F45B98" w:rsidRDefault="007F6C8B">
      <w:pPr>
        <w:jc w:val="both"/>
      </w:pPr>
      <w:r>
        <w:t>8.21.3. Сведения о выявленном управлении в состоянии опьянения или нарушении ПДД и имеющиеся подтверждающие материалы Компания передает в компетентные о</w:t>
      </w:r>
      <w:r>
        <w:t>рганы, в том числе в Госавтоинспекцию или иное уполномоченное подразделение полиции, для проверки и принятия предусмотренного законом решения. Передача персональных данных осуществляется в необходимом объеме и при наличии законного основания. Договорный шт</w:t>
      </w:r>
      <w:r>
        <w:t xml:space="preserve">раф не заменяет административную или уголовную ответственность, вопрос о которой разрешается уполномоченными органами в установленном законом порядке. Уплата </w:t>
      </w:r>
      <w:r>
        <w:lastRenderedPageBreak/>
        <w:t>штрафа не освобождает Пользователя от прекращения нарушения и исполнения иных обязанностей по Дого</w:t>
      </w:r>
      <w:r>
        <w:t>вору.</w:t>
      </w:r>
    </w:p>
    <w:p w14:paraId="79CE267E" w14:textId="77777777" w:rsidR="00F45B98" w:rsidRDefault="007F6C8B">
      <w:pPr>
        <w:pStyle w:val="1"/>
      </w:pPr>
      <w:r>
        <w:t>9. СРОК ДЕЙСТВИЯ ОСНОВАНИЯ ПОРЯДОК И УСЛОВИЯ ИЗМЕНЕНИЯ И РАСТОРЖЕНИЯ ДОГОВОРА</w:t>
      </w:r>
    </w:p>
    <w:p w14:paraId="74A7AA6E" w14:textId="77777777" w:rsidR="00F45B98" w:rsidRDefault="007F6C8B">
      <w:pPr>
        <w:jc w:val="both"/>
      </w:pPr>
      <w:r>
        <w:t>9.1. Договор вступает в силу с момента акцепта Пользователем настоящей Оферты в порядке, предусмотренным настоящим Договором, и действует до момента его прекращения по одно</w:t>
      </w:r>
      <w:r>
        <w:t>му из оснований, предусмотренных действующим законодательством или Договором.</w:t>
      </w:r>
    </w:p>
    <w:p w14:paraId="5F422523" w14:textId="77777777" w:rsidR="00F45B98" w:rsidRDefault="007F6C8B">
      <w:pPr>
        <w:jc w:val="both"/>
      </w:pPr>
      <w:r>
        <w:t>9.2. Договор может быть расторгнут до истечения срока, предусмотренного Договором, по соглашению Сторон или по инициативе одной из Сторон выраженной в понятном обеим Сторонам вид</w:t>
      </w:r>
      <w:r>
        <w:t>е.</w:t>
      </w:r>
    </w:p>
    <w:p w14:paraId="07978E34" w14:textId="77777777" w:rsidR="00F45B98" w:rsidRDefault="007F6C8B">
      <w:pPr>
        <w:jc w:val="both"/>
      </w:pPr>
      <w:r>
        <w:t>9.3. Договор может быть расторгнут досрочно в одностороннем внесудебном порядке по инициативе Компании по следующим основаниям:</w:t>
      </w:r>
    </w:p>
    <w:p w14:paraId="5C37163D" w14:textId="77777777" w:rsidR="00F45B98" w:rsidRDefault="007F6C8B">
      <w:pPr>
        <w:ind w:left="255" w:hanging="142"/>
        <w:jc w:val="both"/>
      </w:pPr>
      <w:r>
        <w:t>• при неоднократном (более двух раз) нарушении Пользователем ПДД при использовании СИМ;</w:t>
      </w:r>
    </w:p>
    <w:p w14:paraId="485D0896" w14:textId="77777777" w:rsidR="00F45B98" w:rsidRDefault="007F6C8B">
      <w:pPr>
        <w:ind w:left="255" w:hanging="142"/>
        <w:jc w:val="both"/>
      </w:pPr>
      <w:r>
        <w:t>• при установлении факта причинения П</w:t>
      </w:r>
      <w:r>
        <w:t>ользователем ущерба СИМ;</w:t>
      </w:r>
    </w:p>
    <w:p w14:paraId="341F47F2" w14:textId="77777777" w:rsidR="00F45B98" w:rsidRDefault="007F6C8B">
      <w:pPr>
        <w:ind w:left="255" w:hanging="142"/>
        <w:jc w:val="both"/>
      </w:pPr>
      <w:r>
        <w:t>• при установлении факта применения Пользователем технических средств, блокирующих GPS-сигнал, а также иных способов отключения защитных систем или систем контроля, установленных на ТС;</w:t>
      </w:r>
    </w:p>
    <w:p w14:paraId="2F17E682" w14:textId="77777777" w:rsidR="00F45B98" w:rsidRDefault="007F6C8B">
      <w:pPr>
        <w:ind w:left="255" w:hanging="142"/>
        <w:jc w:val="both"/>
      </w:pPr>
      <w:r>
        <w:t>• при любом нарушении Пользователем Договора,</w:t>
      </w:r>
      <w:r>
        <w:t xml:space="preserve"> влекущем повреждение или создающем угрозу повреждения имущества Компании (включая СИМ) и/или третьих лиц;</w:t>
      </w:r>
    </w:p>
    <w:p w14:paraId="42F2C9AA" w14:textId="77777777" w:rsidR="00F45B98" w:rsidRDefault="007F6C8B">
      <w:pPr>
        <w:ind w:left="255" w:hanging="142"/>
        <w:jc w:val="both"/>
      </w:pPr>
      <w:r>
        <w:t>• при любом нарушении Пользователем Договора, влекущем причинение вреда жизни или здоровью, или имуществу третьих лиц, или инфраструктуре, либо созда</w:t>
      </w:r>
      <w:r>
        <w:t>ющем угрозу причинения такого вреда;</w:t>
      </w:r>
    </w:p>
    <w:p w14:paraId="772F60B0" w14:textId="77777777" w:rsidR="00F45B98" w:rsidRDefault="007F6C8B">
      <w:pPr>
        <w:ind w:left="255" w:hanging="142"/>
        <w:jc w:val="both"/>
      </w:pPr>
      <w:r>
        <w:t>• при совершении Пользователем действий, порочащих деловую репутацию Компании;</w:t>
      </w:r>
    </w:p>
    <w:p w14:paraId="6F9D2949" w14:textId="77777777" w:rsidR="00F45B98" w:rsidRDefault="007F6C8B">
      <w:pPr>
        <w:ind w:left="255" w:hanging="142"/>
        <w:jc w:val="both"/>
      </w:pPr>
      <w:r>
        <w:t>• при передаче СИМ в пользование третьим лицам, не достигшим возраста 18 лет и/или не соответствующим иным критериям, указанным в пункте 1.1</w:t>
      </w:r>
      <w:r>
        <w:t>.9 настоящей Оферты;</w:t>
      </w:r>
    </w:p>
    <w:p w14:paraId="7B45BE57" w14:textId="77777777" w:rsidR="00F45B98" w:rsidRDefault="007F6C8B">
      <w:pPr>
        <w:ind w:left="255" w:hanging="142"/>
        <w:jc w:val="both"/>
      </w:pPr>
      <w:r>
        <w:t>• при передвижении на одном СИМ более чем одного человека (в том числе вдвоем с ребенком);</w:t>
      </w:r>
    </w:p>
    <w:p w14:paraId="3DA4144E" w14:textId="77777777" w:rsidR="00F45B98" w:rsidRDefault="007F6C8B">
      <w:pPr>
        <w:ind w:left="255" w:hanging="142"/>
        <w:jc w:val="both"/>
      </w:pPr>
      <w:r>
        <w:t xml:space="preserve">• при управлении СИМ в состоянии алкогольного, наркотического, токсического или иного опьянения, а также под воздействием </w:t>
      </w:r>
      <w:r>
        <w:t>лекарственных препаратов, ухудшающих реакцию и внимание, в болезненном или утомленном состоянии, ставящем под угрозу безопасность движения;</w:t>
      </w:r>
    </w:p>
    <w:p w14:paraId="5AABC22F" w14:textId="77777777" w:rsidR="00F45B98" w:rsidRDefault="007F6C8B">
      <w:pPr>
        <w:ind w:left="255" w:hanging="142"/>
        <w:jc w:val="both"/>
      </w:pPr>
      <w:r>
        <w:t>• в иных случаях, предусмотренных Договором и/или действующим законодательством.</w:t>
      </w:r>
    </w:p>
    <w:p w14:paraId="0A457AB7" w14:textId="77777777" w:rsidR="00F45B98" w:rsidRDefault="007F6C8B">
      <w:pPr>
        <w:jc w:val="both"/>
      </w:pPr>
      <w:r>
        <w:t>9.4. Настоящий Договор может быть р</w:t>
      </w:r>
      <w:r>
        <w:t>асторгнут досрочно в одностороннем внесудебном порядке по инициативе Пользователя, в случае направления им уведомления о расторжении Договора, при условии отсутствия задолженности по Договору (включая задолженность по уплате арендной платы, а также штрафов</w:t>
      </w:r>
      <w:r>
        <w:t>).</w:t>
      </w:r>
    </w:p>
    <w:p w14:paraId="268178B4" w14:textId="77777777" w:rsidR="00F45B98" w:rsidRDefault="007F6C8B">
      <w:pPr>
        <w:jc w:val="both"/>
      </w:pPr>
      <w:r>
        <w:t>9.5. В случае расторжения Договора по инициативе Пользователя, при отсутствии задолженности Пользователя по Договору, Договор считается расторгнутым по истечении 10 рабочих дней с даты получения Компанией соответствующего уведомления. При наличии у Поль</w:t>
      </w:r>
      <w:r>
        <w:t xml:space="preserve">зователя задолженности уведомление о расторжении Договора не </w:t>
      </w:r>
      <w:r>
        <w:lastRenderedPageBreak/>
        <w:t>принимается. После полного погашения задолженности Пользователь вправе повторно направить уведомление о расторжении Договора, при этом 10-дневный срок расторжения Договора будет исчисляться с мом</w:t>
      </w:r>
      <w:r>
        <w:t>ента получения Компанией такого повторного уведомления.</w:t>
      </w:r>
    </w:p>
    <w:p w14:paraId="50004A09" w14:textId="77777777" w:rsidR="00F45B98" w:rsidRDefault="007F6C8B">
      <w:pPr>
        <w:jc w:val="both"/>
      </w:pPr>
      <w:r>
        <w:t xml:space="preserve">9.6. Окончание срока действия Договора не освобождает Пользователя от обязанности исполнить свои финансовые обязательства (включая уплату арендной платы и штрафов) по Договору, а также не освобождает </w:t>
      </w:r>
      <w:r>
        <w:t>от ответственности за нарушение условий Договора.</w:t>
      </w:r>
    </w:p>
    <w:p w14:paraId="36252166" w14:textId="77777777" w:rsidR="00F45B98" w:rsidRDefault="007F6C8B">
      <w:pPr>
        <w:pStyle w:val="1"/>
      </w:pPr>
      <w:r>
        <w:t>10. ИНЫЕ УСЛОВИЯ ДОГОВОРА</w:t>
      </w:r>
    </w:p>
    <w:p w14:paraId="497F0FA2" w14:textId="77777777" w:rsidR="00F45B98" w:rsidRDefault="007F6C8B">
      <w:pPr>
        <w:jc w:val="both"/>
      </w:pPr>
      <w:r>
        <w:t>10.1. Применимым правом по настоящему Договору является право Российской Федерации.</w:t>
      </w:r>
    </w:p>
    <w:p w14:paraId="2A87A1EE" w14:textId="77777777" w:rsidR="00F45B98" w:rsidRDefault="007F6C8B">
      <w:pPr>
        <w:jc w:val="both"/>
      </w:pPr>
      <w:r>
        <w:t>10.2. Если законодательством для соответствующей категории споров императивно не установлена спе</w:t>
      </w:r>
      <w:r>
        <w:t>циальная (альтернативная, исключительная и проч.) подсудность, споры, возникающие при заключении, исполнении, расторжении настоящего Договора, передаются на рассмотрение в суд по месту нахождения Компании. Данное условие не исключает и не умаляет право Пол</w:t>
      </w:r>
      <w:r>
        <w:t>ьзователя как потребителя в смысле Закона РФ от 07.02.1992 N 2300-1 «О защите прав потребителей» на выбор подсудности в случаях, когда такое право прямо предусмотрено законом.</w:t>
      </w:r>
    </w:p>
    <w:p w14:paraId="305BE667" w14:textId="77777777" w:rsidR="00F45B98" w:rsidRDefault="007F6C8B">
      <w:pPr>
        <w:jc w:val="both"/>
      </w:pPr>
      <w:r>
        <w:t>10.3. Стороны договорились о том, что рассмотрение споров, возникающих при заклю</w:t>
      </w:r>
      <w:r>
        <w:t>чении, исполнении, расторжении настоящего Договора, осуществляется по нормам гражданского процессуального законодательства Российской Федерации.</w:t>
      </w:r>
    </w:p>
    <w:p w14:paraId="50A2C712" w14:textId="77777777" w:rsidR="00F45B98" w:rsidRDefault="007F6C8B">
      <w:pPr>
        <w:jc w:val="both"/>
      </w:pPr>
      <w:r>
        <w:t>10.4. В случае если одно или более положений Оферты являются по какой-либо причине недействительными, не имеющи</w:t>
      </w:r>
      <w:r>
        <w:t>ми юридической силы, такая недействительность не оказывает влияния на действительность любого другого положения Оферты (Договора), которые остаются в силе.</w:t>
      </w:r>
    </w:p>
    <w:p w14:paraId="0FBBEC96" w14:textId="77777777" w:rsidR="00F45B98" w:rsidRDefault="007F6C8B">
      <w:pPr>
        <w:jc w:val="both"/>
      </w:pPr>
      <w:r>
        <w:t>Приложениями к настоящей Оферте являются: Приложение №1. Тарифы для аренды СИМ; Приложение №2. Акт п</w:t>
      </w:r>
      <w:r>
        <w:t>ередачи СИМ; Приложение №3. Акт возврата СИМ.</w:t>
      </w:r>
    </w:p>
    <w:p w14:paraId="376FF150" w14:textId="77777777" w:rsidR="00F45B98" w:rsidRDefault="007F6C8B">
      <w:pPr>
        <w:pStyle w:val="1"/>
      </w:pPr>
      <w:r>
        <w:t>11. РЕКВИЗИТЫ</w:t>
      </w:r>
    </w:p>
    <w:p w14:paraId="5C895417" w14:textId="77777777" w:rsidR="00F45B98" w:rsidRDefault="007F6C8B">
      <w:pPr>
        <w:jc w:val="both"/>
      </w:pPr>
      <w:r>
        <w:t>Индивидуальный предприниматель Мурыгин Максим Викторович</w:t>
      </w:r>
    </w:p>
    <w:p w14:paraId="1B6BE1E1" w14:textId="77777777" w:rsidR="00F45B98" w:rsidRDefault="007F6C8B">
      <w:pPr>
        <w:jc w:val="both"/>
      </w:pPr>
      <w:r>
        <w:t>ИНН: 262311409795</w:t>
      </w:r>
    </w:p>
    <w:p w14:paraId="14C54151" w14:textId="77777777" w:rsidR="00F45B98" w:rsidRDefault="007F6C8B">
      <w:pPr>
        <w:jc w:val="both"/>
      </w:pPr>
      <w:r>
        <w:t>Банк: МОСКОВСКИЙ ФИЛИАЛ АО КБ «МОДУЛЬБАНК»</w:t>
      </w:r>
    </w:p>
    <w:p w14:paraId="6E678C53" w14:textId="77777777" w:rsidR="00F45B98" w:rsidRDefault="007F6C8B">
      <w:pPr>
        <w:jc w:val="both"/>
      </w:pPr>
      <w:r>
        <w:t>БИК: 044525092</w:t>
      </w:r>
    </w:p>
    <w:p w14:paraId="157F4C6F" w14:textId="77777777" w:rsidR="00F45B98" w:rsidRDefault="007F6C8B">
      <w:pPr>
        <w:jc w:val="both"/>
      </w:pPr>
      <w:r>
        <w:t>к/с №: 30101810645250000092</w:t>
      </w:r>
    </w:p>
    <w:p w14:paraId="4FA3F09A" w14:textId="77777777" w:rsidR="00F45B98" w:rsidRDefault="007F6C8B">
      <w:pPr>
        <w:jc w:val="both"/>
      </w:pPr>
      <w:r>
        <w:t xml:space="preserve">Счёт №: </w:t>
      </w:r>
      <w:r>
        <w:t>40802810370010495487</w:t>
      </w:r>
    </w:p>
    <w:p w14:paraId="5F521936" w14:textId="77777777" w:rsidR="00F45B98" w:rsidRDefault="007F6C8B">
      <w:pPr>
        <w:jc w:val="both"/>
      </w:pPr>
      <w:r>
        <w:t>Электронная почта: swrrentstv@gmail.com</w:t>
      </w:r>
    </w:p>
    <w:sectPr w:rsidR="00F45B98" w:rsidSect="00034616">
      <w:footerReference w:type="default" r:id="rId8"/>
      <w:pgSz w:w="11906" w:h="16838"/>
      <w:pgMar w:top="1134" w:right="113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1A0B3" w14:textId="77777777" w:rsidR="007F6C8B" w:rsidRDefault="007F6C8B">
      <w:pPr>
        <w:spacing w:after="0" w:line="240" w:lineRule="auto"/>
      </w:pPr>
      <w:r>
        <w:separator/>
      </w:r>
    </w:p>
  </w:endnote>
  <w:endnote w:type="continuationSeparator" w:id="0">
    <w:p w14:paraId="41BC116B" w14:textId="77777777" w:rsidR="007F6C8B" w:rsidRDefault="007F6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00000287" w:usb1="08070000" w:usb2="00000010" w:usb3="00000000" w:csb0="0002009F" w:csb1="00000000"/>
  </w:font>
  <w:font w:name="Calibri">
    <w:panose1 w:val="020F0502020204030204"/>
    <w:charset w:val="CC"/>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97ED2" w14:textId="77777777" w:rsidR="00F45B98" w:rsidRDefault="007F6C8B">
    <w:pPr>
      <w:pStyle w:val="a7"/>
      <w:jc w:val="center"/>
    </w:pPr>
    <w:r>
      <w:fldChar w:fldCharType="begin"/>
    </w:r>
    <w:r>
      <w:instrText>PAGE</w:instrText>
    </w:r>
    <w:r>
      <w:fldChar w:fldCharType="separate"/>
    </w:r>
    <w:r w:rsidR="00E63E7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D3E05" w14:textId="77777777" w:rsidR="007F6C8B" w:rsidRDefault="007F6C8B">
      <w:pPr>
        <w:spacing w:after="0" w:line="240" w:lineRule="auto"/>
      </w:pPr>
      <w:r>
        <w:separator/>
      </w:r>
    </w:p>
  </w:footnote>
  <w:footnote w:type="continuationSeparator" w:id="0">
    <w:p w14:paraId="720F9BF0" w14:textId="77777777" w:rsidR="007F6C8B" w:rsidRDefault="007F6C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F6C8B"/>
    <w:rsid w:val="00AA1D8D"/>
    <w:rsid w:val="00B47730"/>
    <w:rsid w:val="00CB0664"/>
    <w:rsid w:val="00E63E71"/>
    <w:rsid w:val="00F45B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D76B82"/>
  <w14:defaultImageDpi w14:val="300"/>
  <w15:docId w15:val="{89DB970B-8CBF-4271-9654-49828A5EE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9" w:lineRule="auto"/>
    </w:pPr>
    <w:rPr>
      <w:rFonts w:ascii="Times New Roman" w:eastAsia="Times New Roman" w:hAnsi="Times New Roman" w:cs="Times New Roman"/>
      <w:sz w:val="24"/>
    </w:rPr>
  </w:style>
  <w:style w:type="paragraph" w:styleId="1">
    <w:name w:val="heading 1"/>
    <w:basedOn w:val="a1"/>
    <w:next w:val="a1"/>
    <w:link w:val="10"/>
    <w:uiPriority w:val="9"/>
    <w:qFormat/>
    <w:rsid w:val="00FC693F"/>
    <w:pPr>
      <w:keepNext/>
      <w:keepLines/>
      <w:spacing w:before="200" w:after="140"/>
      <w:outlineLvl w:val="0"/>
    </w:pPr>
    <w:rPr>
      <w:rFonts w:cstheme="majorBidi"/>
      <w:b/>
      <w:bCs/>
      <w:color w:val="000000"/>
      <w:szCs w:val="28"/>
    </w:rPr>
  </w:style>
  <w:style w:type="paragraph" w:styleId="21">
    <w:name w:val="heading 2"/>
    <w:basedOn w:val="a1"/>
    <w:next w:val="a1"/>
    <w:link w:val="22"/>
    <w:uiPriority w:val="9"/>
    <w:unhideWhenUsed/>
    <w:qFormat/>
    <w:rsid w:val="00FC693F"/>
    <w:pPr>
      <w:keepNext/>
      <w:keepLines/>
      <w:spacing w:before="200" w:after="140"/>
      <w:outlineLvl w:val="1"/>
    </w:pPr>
    <w:rPr>
      <w:rFonts w:cstheme="majorBidi"/>
      <w:b/>
      <w:bCs/>
      <w:color w:val="000000"/>
      <w:szCs w:val="26"/>
    </w:rPr>
  </w:style>
  <w:style w:type="paragraph" w:styleId="31">
    <w:name w:val="heading 3"/>
    <w:basedOn w:val="a1"/>
    <w:next w:val="a1"/>
    <w:link w:val="32"/>
    <w:uiPriority w:val="9"/>
    <w:unhideWhenUsed/>
    <w:qFormat/>
    <w:rsid w:val="00FC693F"/>
    <w:pPr>
      <w:keepNext/>
      <w:keepLines/>
      <w:spacing w:before="200" w:after="0"/>
      <w:outlineLvl w:val="2"/>
    </w:pPr>
    <w:rPr>
      <w:rFonts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imes New Roman" w:eastAsia="Times New Roman" w:hAnsi="Times New Roman"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imes New Roman" w:eastAsia="Times New Roman" w:hAnsi="Times New Roman" w:cstheme="majorBidi"/>
      <w:b/>
      <w:bCs/>
      <w:color w:val="4F81BD" w:themeColor="accent1"/>
      <w:sz w:val="26"/>
      <w:szCs w:val="26"/>
    </w:rPr>
  </w:style>
  <w:style w:type="character" w:customStyle="1" w:styleId="32">
    <w:name w:val="Заголовок 3 Знак"/>
    <w:basedOn w:val="a2"/>
    <w:link w:val="31"/>
    <w:uiPriority w:val="9"/>
    <w:rsid w:val="00FC693F"/>
    <w:rPr>
      <w:rFonts w:ascii="Times New Roman" w:eastAsia="Times New Roman" w:hAnsi="Times New Roman" w:cstheme="majorBidi"/>
      <w:b/>
      <w:bCs/>
      <w:color w:val="4F81BD" w:themeColor="accent1"/>
    </w:rPr>
  </w:style>
  <w:style w:type="paragraph" w:styleId="aa">
    <w:name w:val="Title"/>
    <w:basedOn w:val="a1"/>
    <w:next w:val="a1"/>
    <w:link w:val="ab"/>
    <w:uiPriority w:val="10"/>
    <w:qFormat/>
    <w:rsid w:val="00FC693F"/>
    <w:pPr>
      <w:spacing w:before="200" w:after="140" w:line="240" w:lineRule="auto"/>
      <w:contextualSpacing/>
    </w:pPr>
    <w:rPr>
      <w:rFonts w:cstheme="majorBidi"/>
      <w:b/>
      <w:color w:val="000000"/>
      <w:spacing w:val="5"/>
      <w:kern w:val="28"/>
      <w:sz w:val="30"/>
      <w:szCs w:val="52"/>
    </w:rPr>
  </w:style>
  <w:style w:type="character" w:customStyle="1" w:styleId="ab">
    <w:name w:val="Заголовок Знак"/>
    <w:basedOn w:val="a2"/>
    <w:link w:val="aa"/>
    <w:uiPriority w:val="10"/>
    <w:rsid w:val="00FC693F"/>
    <w:rPr>
      <w:rFonts w:ascii="Times New Roman" w:eastAsia="Times New Roman" w:hAnsi="Times New Roman"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imes New Roman" w:eastAsia="Times New Roman" w:hAnsi="Times New Roman"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0"/>
      <w:szCs w:val="20"/>
    </w:rPr>
  </w:style>
  <w:style w:type="character" w:customStyle="1" w:styleId="af4">
    <w:name w:val="Текст макроса Знак"/>
    <w:basedOn w:val="a2"/>
    <w:link w:val="af3"/>
    <w:uiPriority w:val="99"/>
    <w:rsid w:val="0029639D"/>
    <w:rPr>
      <w:rFonts w:ascii="Times New Roman" w:eastAsia="Times New Roman" w:hAnsi="Times New Roman" w:cs="Times New Roman"/>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imes New Roman" w:eastAsia="Times New Roman" w:hAnsi="Times New Roman" w:cstheme="majorBidi"/>
      <w:b/>
      <w:bCs/>
      <w:i/>
      <w:iCs/>
      <w:color w:val="4F81BD" w:themeColor="accent1"/>
    </w:rPr>
  </w:style>
  <w:style w:type="character" w:customStyle="1" w:styleId="50">
    <w:name w:val="Заголовок 5 Знак"/>
    <w:basedOn w:val="a2"/>
    <w:link w:val="5"/>
    <w:uiPriority w:val="9"/>
    <w:semiHidden/>
    <w:rsid w:val="00FC693F"/>
    <w:rPr>
      <w:rFonts w:ascii="Times New Roman" w:eastAsia="Times New Roman" w:hAnsi="Times New Roman" w:cstheme="majorBidi"/>
      <w:color w:val="243F60" w:themeColor="accent1" w:themeShade="7F"/>
    </w:rPr>
  </w:style>
  <w:style w:type="character" w:customStyle="1" w:styleId="60">
    <w:name w:val="Заголовок 6 Знак"/>
    <w:basedOn w:val="a2"/>
    <w:link w:val="6"/>
    <w:uiPriority w:val="9"/>
    <w:semiHidden/>
    <w:rsid w:val="00FC693F"/>
    <w:rPr>
      <w:rFonts w:ascii="Times New Roman" w:eastAsia="Times New Roman" w:hAnsi="Times New Roman" w:cstheme="majorBidi"/>
      <w:i/>
      <w:iCs/>
      <w:color w:val="243F60" w:themeColor="accent1" w:themeShade="7F"/>
    </w:rPr>
  </w:style>
  <w:style w:type="character" w:customStyle="1" w:styleId="70">
    <w:name w:val="Заголовок 7 Знак"/>
    <w:basedOn w:val="a2"/>
    <w:link w:val="7"/>
    <w:uiPriority w:val="9"/>
    <w:semiHidden/>
    <w:rsid w:val="00FC693F"/>
    <w:rPr>
      <w:rFonts w:ascii="Times New Roman" w:eastAsia="Times New Roman" w:hAnsi="Times New Roman" w:cstheme="majorBidi"/>
      <w:i/>
      <w:iCs/>
      <w:color w:val="404040" w:themeColor="text1" w:themeTint="BF"/>
    </w:rPr>
  </w:style>
  <w:style w:type="character" w:customStyle="1" w:styleId="80">
    <w:name w:val="Заголовок 8 Знак"/>
    <w:basedOn w:val="a2"/>
    <w:link w:val="8"/>
    <w:uiPriority w:val="9"/>
    <w:semiHidden/>
    <w:rsid w:val="00FC693F"/>
    <w:rPr>
      <w:rFonts w:ascii="Times New Roman" w:eastAsia="Times New Roman" w:hAnsi="Times New Roman" w:cstheme="majorBidi"/>
      <w:color w:val="4F81BD" w:themeColor="accent1"/>
      <w:sz w:val="20"/>
      <w:szCs w:val="20"/>
    </w:rPr>
  </w:style>
  <w:style w:type="character" w:customStyle="1" w:styleId="90">
    <w:name w:val="Заголовок 9 Знак"/>
    <w:basedOn w:val="a2"/>
    <w:link w:val="9"/>
    <w:uiPriority w:val="9"/>
    <w:semiHidden/>
    <w:rsid w:val="00FC693F"/>
    <w:rPr>
      <w:rFonts w:ascii="Times New Roman" w:eastAsia="Times New Roman" w:hAnsi="Times New Roman"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eastAsia="Times New Roman" w:hAnsi="Times New Roman"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eastAsia="Times New Roman" w:hAnsi="Times New Roman"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eastAsia="Times New Roman" w:hAnsi="Times New Roman" w:cstheme="majorBidi"/>
        <w:b/>
        <w:bCs/>
      </w:rPr>
    </w:tblStylePr>
    <w:tblStylePr w:type="lastCol">
      <w:rPr>
        <w:rFonts w:ascii="Times New Roman" w:eastAsia="Times New Roman" w:hAnsi="Times New Roman"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eastAsia="Times New Roman" w:hAnsi="Times New Roman"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eastAsia="Times New Roman" w:hAnsi="Times New Roman"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eastAsia="Times New Roman" w:hAnsi="Times New Roman" w:cstheme="majorBidi"/>
        <w:b/>
        <w:bCs/>
      </w:rPr>
    </w:tblStylePr>
    <w:tblStylePr w:type="lastCol">
      <w:rPr>
        <w:rFonts w:ascii="Times New Roman" w:eastAsia="Times New Roman" w:hAnsi="Times New Roman"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eastAsia="Times New Roman" w:hAnsi="Times New Roman"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eastAsia="Times New Roman" w:hAnsi="Times New Roman"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eastAsia="Times New Roman" w:hAnsi="Times New Roman" w:cstheme="majorBidi"/>
        <w:b/>
        <w:bCs/>
      </w:rPr>
    </w:tblStylePr>
    <w:tblStylePr w:type="lastCol">
      <w:rPr>
        <w:rFonts w:ascii="Times New Roman" w:eastAsia="Times New Roman" w:hAnsi="Times New Roman"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eastAsia="Times New Roman" w:hAnsi="Times New Roman"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eastAsia="Times New Roman" w:hAnsi="Times New Roman"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eastAsia="Times New Roman" w:hAnsi="Times New Roman" w:cstheme="majorBidi"/>
        <w:b/>
        <w:bCs/>
      </w:rPr>
    </w:tblStylePr>
    <w:tblStylePr w:type="lastCol">
      <w:rPr>
        <w:rFonts w:ascii="Times New Roman" w:eastAsia="Times New Roman" w:hAnsi="Times New Roman"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eastAsia="Times New Roman" w:hAnsi="Times New Roman"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eastAsia="Times New Roman" w:hAnsi="Times New Roman"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eastAsia="Times New Roman" w:hAnsi="Times New Roman" w:cstheme="majorBidi"/>
        <w:b/>
        <w:bCs/>
      </w:rPr>
    </w:tblStylePr>
    <w:tblStylePr w:type="lastCol">
      <w:rPr>
        <w:rFonts w:ascii="Times New Roman" w:eastAsia="Times New Roman" w:hAnsi="Times New Roman"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eastAsia="Times New Roman" w:hAnsi="Times New Roman"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eastAsia="Times New Roman" w:hAnsi="Times New Roman"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eastAsia="Times New Roman" w:hAnsi="Times New Roman" w:cstheme="majorBidi"/>
        <w:b/>
        <w:bCs/>
      </w:rPr>
    </w:tblStylePr>
    <w:tblStylePr w:type="lastCol">
      <w:rPr>
        <w:rFonts w:ascii="Times New Roman" w:eastAsia="Times New Roman" w:hAnsi="Times New Roman"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eastAsia="Times New Roman" w:hAnsi="Times New Roman"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eastAsia="Times New Roman" w:hAnsi="Times New Roman"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eastAsia="Times New Roman" w:hAnsi="Times New Roman" w:cstheme="majorBidi"/>
        <w:b/>
        <w:bCs/>
      </w:rPr>
    </w:tblStylePr>
    <w:tblStylePr w:type="lastCol">
      <w:rPr>
        <w:rFonts w:ascii="Times New Roman" w:eastAsia="Times New Roman" w:hAnsi="Times New Roman"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eastAsia="Times New Roman" w:hAnsi="Times New Roman"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eastAsia="Times New Roman" w:hAnsi="Times New Roman"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eastAsia="Times New Roman" w:hAnsi="Times New Roman"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eastAsia="Times New Roman" w:hAnsi="Times New Roman"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eastAsia="Times New Roman" w:hAnsi="Times New Roman"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eastAsia="Times New Roman" w:hAnsi="Times New Roman"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eastAsia="Times New Roman" w:hAnsi="Times New Roman"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imes New Roman" w:eastAsia="Times New Roman" w:hAnsi="Times New Roman"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9402</Words>
  <Characters>53593</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Velix</dc:title>
  <dc:subject/>
  <dc:creator>Пользователь</dc:creator>
  <cp:keywords/>
  <dc:description>generated by python-docx</dc:description>
  <cp:lastModifiedBy>Пользователь</cp:lastModifiedBy>
  <cp:revision>2</cp:revision>
  <dcterms:created xsi:type="dcterms:W3CDTF">2026-09-21T15:16:00Z</dcterms:created>
  <dcterms:modified xsi:type="dcterms:W3CDTF">2026-09-21T15:16:00Z</dcterms:modified>
  <cp:category/>
</cp:coreProperties>
</file>